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C9BBB" w14:textId="77777777" w:rsidR="0016369F" w:rsidRPr="00B32B32" w:rsidRDefault="0016369F" w:rsidP="0016369F">
      <w:pPr>
        <w:spacing w:after="0" w:line="240" w:lineRule="auto"/>
        <w:jc w:val="center"/>
        <w:rPr>
          <w:rFonts w:ascii="Times New Roman" w:hAnsi="Times New Roman" w:cs="Times New Roman"/>
          <w:color w:val="005A58"/>
          <w:spacing w:val="-4"/>
          <w:sz w:val="24"/>
          <w:szCs w:val="24"/>
          <w:lang w:val="tr-TR"/>
        </w:rPr>
      </w:pPr>
    </w:p>
    <w:p w14:paraId="6829D59B" w14:textId="57E5ACDC" w:rsidR="00834189" w:rsidRPr="00031BA6" w:rsidRDefault="00031BA6" w:rsidP="00834189">
      <w:pPr>
        <w:spacing w:after="0" w:line="240" w:lineRule="auto"/>
        <w:jc w:val="center"/>
        <w:rPr>
          <w:rFonts w:ascii="Times New Roman" w:hAnsi="Times New Roman" w:cs="Times New Roman"/>
          <w:color w:val="244061" w:themeColor="accent1" w:themeShade="80"/>
          <w:spacing w:val="-4"/>
          <w:sz w:val="32"/>
          <w:szCs w:val="32"/>
          <w:lang w:val="tr-TR"/>
        </w:rPr>
      </w:pPr>
      <w:proofErr w:type="spellStart"/>
      <w:r w:rsidRPr="00031BA6">
        <w:rPr>
          <w:rFonts w:ascii="Times New Roman" w:hAnsi="Times New Roman" w:cs="Times New Roman"/>
          <w:b/>
          <w:bCs/>
          <w:color w:val="005A58"/>
          <w:spacing w:val="-4"/>
          <w:sz w:val="32"/>
          <w:szCs w:val="32"/>
          <w:lang w:val="tr-TR"/>
        </w:rPr>
        <w:t>Title</w:t>
      </w:r>
      <w:proofErr w:type="spellEnd"/>
      <w:r w:rsidRPr="00031BA6">
        <w:rPr>
          <w:rFonts w:ascii="Times New Roman" w:hAnsi="Times New Roman" w:cs="Times New Roman"/>
          <w:b/>
          <w:bCs/>
          <w:color w:val="005A58"/>
          <w:spacing w:val="-4"/>
          <w:sz w:val="32"/>
          <w:szCs w:val="32"/>
          <w:lang w:val="tr-TR"/>
        </w:rPr>
        <w:t xml:space="preserve"> of </w:t>
      </w:r>
      <w:proofErr w:type="spellStart"/>
      <w:r w:rsidRPr="00031BA6">
        <w:rPr>
          <w:rFonts w:ascii="Times New Roman" w:hAnsi="Times New Roman" w:cs="Times New Roman"/>
          <w:b/>
          <w:bCs/>
          <w:color w:val="005A58"/>
          <w:spacing w:val="-4"/>
          <w:sz w:val="32"/>
          <w:szCs w:val="32"/>
          <w:lang w:val="tr-TR"/>
        </w:rPr>
        <w:t>the</w:t>
      </w:r>
      <w:proofErr w:type="spellEnd"/>
      <w:r w:rsidRPr="00031BA6">
        <w:rPr>
          <w:rFonts w:ascii="Times New Roman" w:hAnsi="Times New Roman" w:cs="Times New Roman"/>
          <w:b/>
          <w:bCs/>
          <w:color w:val="005A58"/>
          <w:spacing w:val="-4"/>
          <w:sz w:val="32"/>
          <w:szCs w:val="32"/>
          <w:lang w:val="tr-TR"/>
        </w:rPr>
        <w:t xml:space="preserve"> </w:t>
      </w:r>
      <w:proofErr w:type="spellStart"/>
      <w:r w:rsidRPr="00031BA6">
        <w:rPr>
          <w:rFonts w:ascii="Times New Roman" w:hAnsi="Times New Roman" w:cs="Times New Roman"/>
          <w:b/>
          <w:bCs/>
          <w:color w:val="005A58"/>
          <w:spacing w:val="-4"/>
          <w:sz w:val="32"/>
          <w:szCs w:val="32"/>
          <w:lang w:val="tr-TR"/>
        </w:rPr>
        <w:t>Paper</w:t>
      </w:r>
      <w:proofErr w:type="spellEnd"/>
      <w:r w:rsidRPr="00031BA6">
        <w:rPr>
          <w:rFonts w:ascii="Times New Roman" w:hAnsi="Times New Roman" w:cs="Times New Roman"/>
          <w:b/>
          <w:bCs/>
          <w:color w:val="005A58"/>
          <w:spacing w:val="-4"/>
          <w:sz w:val="32"/>
          <w:szCs w:val="32"/>
          <w:lang w:val="tr-TR"/>
        </w:rPr>
        <w:t xml:space="preserve"> (1</w:t>
      </w:r>
      <w:r>
        <w:rPr>
          <w:rFonts w:ascii="Times New Roman" w:hAnsi="Times New Roman" w:cs="Times New Roman"/>
          <w:b/>
          <w:bCs/>
          <w:color w:val="005A58"/>
          <w:spacing w:val="-4"/>
          <w:sz w:val="32"/>
          <w:szCs w:val="32"/>
          <w:lang w:val="tr-TR"/>
        </w:rPr>
        <w:t>4</w:t>
      </w:r>
      <w:r w:rsidRPr="00031BA6">
        <w:rPr>
          <w:rFonts w:ascii="Times New Roman" w:hAnsi="Times New Roman" w:cs="Times New Roman"/>
          <w:b/>
          <w:bCs/>
          <w:color w:val="005A58"/>
          <w:spacing w:val="-4"/>
          <w:sz w:val="32"/>
          <w:szCs w:val="32"/>
          <w:lang w:val="tr-TR"/>
        </w:rPr>
        <w:t xml:space="preserve">pt Times New Roman, </w:t>
      </w:r>
      <w:proofErr w:type="spellStart"/>
      <w:r w:rsidRPr="00031BA6">
        <w:rPr>
          <w:rFonts w:ascii="Times New Roman" w:hAnsi="Times New Roman" w:cs="Times New Roman"/>
          <w:b/>
          <w:bCs/>
          <w:color w:val="005A58"/>
          <w:spacing w:val="-4"/>
          <w:sz w:val="32"/>
          <w:szCs w:val="32"/>
          <w:lang w:val="tr-TR"/>
        </w:rPr>
        <w:t>Bold</w:t>
      </w:r>
      <w:proofErr w:type="spellEnd"/>
      <w:r w:rsidRPr="00031BA6">
        <w:rPr>
          <w:rFonts w:ascii="Times New Roman" w:hAnsi="Times New Roman" w:cs="Times New Roman"/>
          <w:b/>
          <w:bCs/>
          <w:color w:val="005A58"/>
          <w:spacing w:val="-4"/>
          <w:sz w:val="32"/>
          <w:szCs w:val="32"/>
          <w:lang w:val="tr-TR"/>
        </w:rPr>
        <w:t xml:space="preserve">, </w:t>
      </w:r>
      <w:proofErr w:type="spellStart"/>
      <w:r w:rsidRPr="00031BA6">
        <w:rPr>
          <w:rFonts w:ascii="Times New Roman" w:hAnsi="Times New Roman" w:cs="Times New Roman"/>
          <w:b/>
          <w:bCs/>
          <w:color w:val="005A58"/>
          <w:spacing w:val="-4"/>
          <w:sz w:val="32"/>
          <w:szCs w:val="32"/>
          <w:lang w:val="tr-TR"/>
        </w:rPr>
        <w:t>Centered</w:t>
      </w:r>
      <w:proofErr w:type="spellEnd"/>
      <w:r w:rsidRPr="00031BA6">
        <w:rPr>
          <w:rFonts w:ascii="Times New Roman" w:hAnsi="Times New Roman" w:cs="Times New Roman"/>
          <w:b/>
          <w:bCs/>
          <w:color w:val="005A58"/>
          <w:spacing w:val="-4"/>
          <w:sz w:val="32"/>
          <w:szCs w:val="32"/>
          <w:lang w:val="tr-TR"/>
        </w:rPr>
        <w:t>)</w:t>
      </w:r>
    </w:p>
    <w:p w14:paraId="066B913B" w14:textId="77777777" w:rsidR="00031BA6" w:rsidRPr="00031BA6" w:rsidRDefault="00031BA6" w:rsidP="006B70EB">
      <w:pPr>
        <w:spacing w:after="0" w:line="240" w:lineRule="auto"/>
        <w:jc w:val="center"/>
        <w:rPr>
          <w:rFonts w:ascii="Times New Roman" w:hAnsi="Times New Roman" w:cs="Times New Roman"/>
          <w:b/>
          <w:bCs/>
          <w:color w:val="004442"/>
          <w:spacing w:val="-4"/>
          <w:sz w:val="24"/>
          <w:szCs w:val="24"/>
        </w:rPr>
      </w:pPr>
    </w:p>
    <w:p w14:paraId="712D3EB5" w14:textId="77777777" w:rsidR="00031BA6" w:rsidRPr="00031BA6" w:rsidRDefault="00031BA6" w:rsidP="00031BA6">
      <w:pPr>
        <w:spacing w:after="0" w:line="240" w:lineRule="auto"/>
        <w:jc w:val="center"/>
        <w:rPr>
          <w:rFonts w:ascii="Times New Roman" w:hAnsi="Times New Roman" w:cs="Times New Roman"/>
          <w:b/>
          <w:bCs/>
          <w:color w:val="004442"/>
          <w:spacing w:val="-4"/>
          <w:sz w:val="24"/>
          <w:szCs w:val="24"/>
        </w:rPr>
      </w:pPr>
      <w:r w:rsidRPr="00031BA6">
        <w:rPr>
          <w:rFonts w:ascii="Times New Roman" w:hAnsi="Times New Roman" w:cs="Times New Roman"/>
          <w:b/>
          <w:bCs/>
          <w:color w:val="004442"/>
          <w:spacing w:val="-4"/>
          <w:sz w:val="24"/>
          <w:szCs w:val="24"/>
        </w:rPr>
        <w:t>AUTHORS' NAMES (Capital, 12pt Times New Roman, centered)</w:t>
      </w:r>
    </w:p>
    <w:p w14:paraId="6FCB916C" w14:textId="77777777" w:rsidR="00031BA6" w:rsidRPr="00031BA6" w:rsidRDefault="00031BA6" w:rsidP="00031BA6">
      <w:pPr>
        <w:spacing w:after="0" w:line="240" w:lineRule="auto"/>
        <w:jc w:val="center"/>
        <w:rPr>
          <w:rFonts w:ascii="Times New Roman" w:hAnsi="Times New Roman" w:cs="Times New Roman"/>
          <w:color w:val="004442"/>
          <w:spacing w:val="-4"/>
          <w:sz w:val="24"/>
          <w:szCs w:val="24"/>
        </w:rPr>
      </w:pPr>
      <w:r w:rsidRPr="00031BA6">
        <w:rPr>
          <w:rFonts w:ascii="Times New Roman" w:hAnsi="Times New Roman" w:cs="Times New Roman"/>
          <w:color w:val="004442"/>
          <w:spacing w:val="-4"/>
          <w:sz w:val="24"/>
          <w:szCs w:val="24"/>
        </w:rPr>
        <w:t>Department (12pt Times New Roman, centered)</w:t>
      </w:r>
    </w:p>
    <w:p w14:paraId="6F96DD2F" w14:textId="77777777" w:rsidR="00031BA6" w:rsidRPr="00031BA6" w:rsidRDefault="00031BA6" w:rsidP="00031BA6">
      <w:pPr>
        <w:spacing w:after="0" w:line="240" w:lineRule="auto"/>
        <w:jc w:val="center"/>
        <w:rPr>
          <w:rFonts w:ascii="Times New Roman" w:hAnsi="Times New Roman" w:cs="Times New Roman"/>
          <w:color w:val="004442"/>
          <w:spacing w:val="-4"/>
          <w:sz w:val="24"/>
          <w:szCs w:val="24"/>
        </w:rPr>
      </w:pPr>
      <w:r w:rsidRPr="00031BA6">
        <w:rPr>
          <w:rFonts w:ascii="Times New Roman" w:hAnsi="Times New Roman" w:cs="Times New Roman"/>
          <w:color w:val="004442"/>
          <w:spacing w:val="-4"/>
          <w:sz w:val="24"/>
          <w:szCs w:val="24"/>
        </w:rPr>
        <w:t>University (12pt Times New Roman, centered)</w:t>
      </w:r>
    </w:p>
    <w:p w14:paraId="09B04525" w14:textId="77777777" w:rsidR="00031BA6" w:rsidRPr="00031BA6" w:rsidRDefault="00031BA6" w:rsidP="00031BA6">
      <w:pPr>
        <w:spacing w:after="0" w:line="240" w:lineRule="auto"/>
        <w:jc w:val="center"/>
        <w:rPr>
          <w:rFonts w:ascii="Times New Roman" w:hAnsi="Times New Roman" w:cs="Times New Roman"/>
          <w:color w:val="004442"/>
          <w:spacing w:val="-4"/>
          <w:sz w:val="24"/>
          <w:szCs w:val="24"/>
        </w:rPr>
      </w:pPr>
      <w:r w:rsidRPr="00031BA6">
        <w:rPr>
          <w:rFonts w:ascii="Times New Roman" w:hAnsi="Times New Roman" w:cs="Times New Roman"/>
          <w:color w:val="004442"/>
          <w:spacing w:val="-4"/>
          <w:sz w:val="24"/>
          <w:szCs w:val="24"/>
        </w:rPr>
        <w:t>Address (12pt Times New Roman, centered)</w:t>
      </w:r>
    </w:p>
    <w:p w14:paraId="4A5953AA" w14:textId="77777777" w:rsidR="00031BA6" w:rsidRPr="00031BA6" w:rsidRDefault="00031BA6" w:rsidP="00031BA6">
      <w:pPr>
        <w:spacing w:after="0" w:line="240" w:lineRule="auto"/>
        <w:jc w:val="center"/>
        <w:rPr>
          <w:rFonts w:ascii="Times New Roman" w:hAnsi="Times New Roman" w:cs="Times New Roman"/>
          <w:color w:val="004442"/>
          <w:spacing w:val="-4"/>
          <w:sz w:val="24"/>
          <w:szCs w:val="24"/>
        </w:rPr>
      </w:pPr>
      <w:r w:rsidRPr="00031BA6">
        <w:rPr>
          <w:rFonts w:ascii="Times New Roman" w:hAnsi="Times New Roman" w:cs="Times New Roman"/>
          <w:color w:val="004442"/>
          <w:spacing w:val="-4"/>
          <w:sz w:val="24"/>
          <w:szCs w:val="24"/>
        </w:rPr>
        <w:t>COUNTRY (Capital, 12pt Times New Roman, centered)</w:t>
      </w:r>
    </w:p>
    <w:p w14:paraId="7CD42242" w14:textId="710D832A" w:rsidR="006B70EB" w:rsidRPr="00B32B32" w:rsidRDefault="00031BA6" w:rsidP="006B70EB">
      <w:pPr>
        <w:spacing w:after="0" w:line="240" w:lineRule="auto"/>
        <w:jc w:val="center"/>
        <w:rPr>
          <w:rFonts w:ascii="Times New Roman" w:hAnsi="Times New Roman" w:cs="Times New Roman"/>
          <w:b/>
          <w:bCs/>
          <w:color w:val="004442"/>
          <w:spacing w:val="-4"/>
          <w:sz w:val="24"/>
          <w:szCs w:val="24"/>
          <w:lang w:val="tr-TR"/>
        </w:rPr>
      </w:pPr>
      <w:r>
        <w:rPr>
          <w:rFonts w:ascii="Times New Roman" w:hAnsi="Times New Roman" w:cs="Times New Roman"/>
          <w:b/>
          <w:bCs/>
          <w:color w:val="004442"/>
          <w:spacing w:val="-4"/>
          <w:sz w:val="24"/>
          <w:szCs w:val="24"/>
        </w:rPr>
        <w:t xml:space="preserve">ORCID: </w:t>
      </w:r>
      <w:r w:rsidR="00356058" w:rsidRPr="00356058">
        <w:rPr>
          <w:noProof/>
          <w:vertAlign w:val="superscript"/>
        </w:rPr>
        <w:drawing>
          <wp:inline distT="0" distB="0" distL="0" distR="0" wp14:anchorId="39369317" wp14:editId="7C58123C">
            <wp:extent cx="123825" cy="123825"/>
            <wp:effectExtent l="0" t="0" r="9525" b="9525"/>
            <wp:docPr id="12333477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47798"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pic:spPr>
                </pic:pic>
              </a:graphicData>
            </a:graphic>
          </wp:inline>
        </w:drawing>
      </w:r>
    </w:p>
    <w:p w14:paraId="23E083C7" w14:textId="77777777" w:rsidR="006B70EB" w:rsidRPr="00B32B32" w:rsidRDefault="006B70EB" w:rsidP="006B70EB">
      <w:pPr>
        <w:spacing w:after="0" w:line="240" w:lineRule="auto"/>
        <w:jc w:val="center"/>
        <w:rPr>
          <w:rFonts w:ascii="Times New Roman" w:hAnsi="Times New Roman" w:cs="Times New Roman"/>
          <w:b/>
          <w:bCs/>
          <w:color w:val="004442"/>
          <w:spacing w:val="-4"/>
          <w:sz w:val="24"/>
          <w:szCs w:val="24"/>
          <w:lang w:val="tr-TR"/>
        </w:rPr>
      </w:pPr>
    </w:p>
    <w:p w14:paraId="5AEC3DA0" w14:textId="77777777" w:rsidR="005C4EE1" w:rsidRPr="00B32B32" w:rsidRDefault="005C4EE1" w:rsidP="006B70EB">
      <w:pPr>
        <w:spacing w:after="0" w:line="240" w:lineRule="auto"/>
        <w:jc w:val="center"/>
        <w:rPr>
          <w:rFonts w:ascii="Times New Roman" w:hAnsi="Times New Roman" w:cs="Times New Roman"/>
          <w:color w:val="004442"/>
          <w:spacing w:val="-4"/>
          <w:lang w:val="tr-TR"/>
        </w:rPr>
      </w:pPr>
    </w:p>
    <w:tbl>
      <w:tblPr>
        <w:tblStyle w:val="aff0"/>
        <w:tblW w:w="0" w:type="auto"/>
        <w:tblLook w:val="04A0" w:firstRow="1" w:lastRow="0" w:firstColumn="1" w:lastColumn="0" w:noHBand="0" w:noVBand="1"/>
      </w:tblPr>
      <w:tblGrid>
        <w:gridCol w:w="3623"/>
        <w:gridCol w:w="3240"/>
        <w:gridCol w:w="2765"/>
      </w:tblGrid>
      <w:tr w:rsidR="000F5D88" w:rsidRPr="00B32B32" w14:paraId="253479D8" w14:textId="37B2ECA6" w:rsidTr="00834189">
        <w:tc>
          <w:tcPr>
            <w:tcW w:w="3623" w:type="dxa"/>
          </w:tcPr>
          <w:p w14:paraId="10EE68BB" w14:textId="0DD18214" w:rsidR="000F5D88" w:rsidRPr="00B32B32" w:rsidRDefault="000F5D88" w:rsidP="00B45109">
            <w:pPr>
              <w:jc w:val="center"/>
              <w:rPr>
                <w:rFonts w:ascii="Times New Roman" w:hAnsi="Times New Roman" w:cs="Times New Roman"/>
                <w:spacing w:val="-4"/>
                <w:sz w:val="20"/>
                <w:szCs w:val="20"/>
                <w:lang w:val="tr-TR"/>
              </w:rPr>
            </w:pPr>
            <w:proofErr w:type="spellStart"/>
            <w:r w:rsidRPr="00B32B32">
              <w:rPr>
                <w:rFonts w:ascii="Times New Roman" w:hAnsi="Times New Roman" w:cs="Times New Roman"/>
                <w:b/>
                <w:bCs/>
                <w:spacing w:val="-4"/>
                <w:sz w:val="20"/>
                <w:szCs w:val="20"/>
                <w:lang w:val="tr-TR"/>
              </w:rPr>
              <w:t>Received</w:t>
            </w:r>
            <w:proofErr w:type="spellEnd"/>
            <w:r w:rsidRPr="00B32B32">
              <w:rPr>
                <w:rFonts w:ascii="Times New Roman" w:hAnsi="Times New Roman" w:cs="Times New Roman"/>
                <w:b/>
                <w:bCs/>
                <w:spacing w:val="-4"/>
                <w:sz w:val="20"/>
                <w:szCs w:val="20"/>
                <w:lang w:val="tr-TR"/>
              </w:rPr>
              <w:t>:</w:t>
            </w:r>
            <w:r w:rsidRPr="00B32B32">
              <w:rPr>
                <w:rFonts w:ascii="Times New Roman" w:hAnsi="Times New Roman" w:cs="Times New Roman"/>
                <w:spacing w:val="-4"/>
                <w:sz w:val="20"/>
                <w:szCs w:val="20"/>
                <w:lang w:val="tr-TR"/>
              </w:rPr>
              <w:t xml:space="preserve"> </w:t>
            </w:r>
          </w:p>
        </w:tc>
        <w:tc>
          <w:tcPr>
            <w:tcW w:w="3240" w:type="dxa"/>
          </w:tcPr>
          <w:p w14:paraId="60EB2DB4" w14:textId="1AEA4E41" w:rsidR="000F5D88" w:rsidRPr="00537A41" w:rsidRDefault="000F5D88" w:rsidP="00B45109">
            <w:pPr>
              <w:jc w:val="center"/>
              <w:rPr>
                <w:rFonts w:ascii="Times New Roman" w:hAnsi="Times New Roman" w:cs="Times New Roman"/>
                <w:b/>
                <w:bCs/>
                <w:spacing w:val="-4"/>
                <w:sz w:val="20"/>
                <w:szCs w:val="20"/>
              </w:rPr>
            </w:pPr>
            <w:proofErr w:type="spellStart"/>
            <w:r w:rsidRPr="00B32B32">
              <w:rPr>
                <w:rFonts w:ascii="Times New Roman" w:hAnsi="Times New Roman" w:cs="Times New Roman"/>
                <w:b/>
                <w:bCs/>
                <w:spacing w:val="-4"/>
                <w:sz w:val="20"/>
                <w:szCs w:val="20"/>
                <w:lang w:val="tr-TR"/>
              </w:rPr>
              <w:t>Revised</w:t>
            </w:r>
            <w:proofErr w:type="spellEnd"/>
            <w:r w:rsidRPr="00B32B32">
              <w:rPr>
                <w:rFonts w:ascii="Times New Roman" w:hAnsi="Times New Roman" w:cs="Times New Roman"/>
                <w:b/>
                <w:bCs/>
                <w:spacing w:val="-4"/>
                <w:sz w:val="20"/>
                <w:szCs w:val="20"/>
                <w:lang w:val="tr-TR"/>
              </w:rPr>
              <w:t>:</w:t>
            </w:r>
            <w:r w:rsidRPr="00B32B32">
              <w:rPr>
                <w:rFonts w:ascii="Times New Roman" w:hAnsi="Times New Roman" w:cs="Times New Roman"/>
                <w:spacing w:val="-4"/>
                <w:sz w:val="20"/>
                <w:szCs w:val="20"/>
                <w:lang w:val="tr-TR"/>
              </w:rPr>
              <w:t xml:space="preserve"> </w:t>
            </w:r>
          </w:p>
        </w:tc>
        <w:tc>
          <w:tcPr>
            <w:tcW w:w="2765" w:type="dxa"/>
          </w:tcPr>
          <w:p w14:paraId="662D76E4" w14:textId="29C8D819" w:rsidR="000F5D88" w:rsidRPr="00B32B32" w:rsidRDefault="000F5D88" w:rsidP="00B45109">
            <w:pPr>
              <w:jc w:val="center"/>
              <w:rPr>
                <w:rFonts w:ascii="Times New Roman" w:hAnsi="Times New Roman" w:cs="Times New Roman"/>
                <w:b/>
                <w:bCs/>
                <w:spacing w:val="-4"/>
                <w:sz w:val="20"/>
                <w:szCs w:val="20"/>
                <w:lang w:val="tr-TR"/>
              </w:rPr>
            </w:pPr>
            <w:proofErr w:type="spellStart"/>
            <w:r w:rsidRPr="00B32B32">
              <w:rPr>
                <w:rFonts w:ascii="Times New Roman" w:hAnsi="Times New Roman" w:cs="Times New Roman"/>
                <w:b/>
                <w:bCs/>
                <w:spacing w:val="-4"/>
                <w:sz w:val="20"/>
                <w:szCs w:val="20"/>
                <w:lang w:val="tr-TR"/>
              </w:rPr>
              <w:t>Accepted</w:t>
            </w:r>
            <w:proofErr w:type="spellEnd"/>
            <w:r w:rsidRPr="00B32B32">
              <w:rPr>
                <w:rFonts w:ascii="Times New Roman" w:hAnsi="Times New Roman" w:cs="Times New Roman"/>
                <w:b/>
                <w:bCs/>
                <w:spacing w:val="-4"/>
                <w:sz w:val="20"/>
                <w:szCs w:val="20"/>
                <w:lang w:val="tr-TR"/>
              </w:rPr>
              <w:t>:</w:t>
            </w:r>
            <w:r w:rsidRPr="00B32B32">
              <w:rPr>
                <w:rFonts w:ascii="Times New Roman" w:hAnsi="Times New Roman" w:cs="Times New Roman"/>
                <w:spacing w:val="-4"/>
                <w:sz w:val="20"/>
                <w:szCs w:val="20"/>
                <w:lang w:val="tr-TR"/>
              </w:rPr>
              <w:t xml:space="preserve"> </w:t>
            </w:r>
          </w:p>
        </w:tc>
      </w:tr>
      <w:tr w:rsidR="00235A0D" w:rsidRPr="00B32B32" w14:paraId="7CC97E9A" w14:textId="77777777" w:rsidTr="00834189">
        <w:tc>
          <w:tcPr>
            <w:tcW w:w="3623" w:type="dxa"/>
          </w:tcPr>
          <w:p w14:paraId="2EEF33FF" w14:textId="77777777" w:rsidR="00235A0D" w:rsidRPr="00B32B32" w:rsidRDefault="00235A0D" w:rsidP="00B45109">
            <w:pPr>
              <w:jc w:val="center"/>
              <w:rPr>
                <w:rFonts w:ascii="Times New Roman" w:hAnsi="Times New Roman" w:cs="Times New Roman"/>
                <w:b/>
                <w:bCs/>
                <w:spacing w:val="-4"/>
                <w:sz w:val="20"/>
                <w:szCs w:val="20"/>
                <w:lang w:val="tr-TR"/>
              </w:rPr>
            </w:pPr>
          </w:p>
        </w:tc>
        <w:tc>
          <w:tcPr>
            <w:tcW w:w="3240" w:type="dxa"/>
          </w:tcPr>
          <w:p w14:paraId="29AA8246" w14:textId="77777777" w:rsidR="00235A0D" w:rsidRPr="00B32B32" w:rsidRDefault="00235A0D" w:rsidP="00B45109">
            <w:pPr>
              <w:jc w:val="center"/>
              <w:rPr>
                <w:rFonts w:ascii="Times New Roman" w:hAnsi="Times New Roman" w:cs="Times New Roman"/>
                <w:b/>
                <w:bCs/>
                <w:spacing w:val="-4"/>
                <w:sz w:val="20"/>
                <w:szCs w:val="20"/>
                <w:lang w:val="tr-TR"/>
              </w:rPr>
            </w:pPr>
          </w:p>
        </w:tc>
        <w:tc>
          <w:tcPr>
            <w:tcW w:w="2765" w:type="dxa"/>
          </w:tcPr>
          <w:p w14:paraId="0D547998" w14:textId="77777777" w:rsidR="00235A0D" w:rsidRPr="00B32B32" w:rsidRDefault="00235A0D" w:rsidP="00B45109">
            <w:pPr>
              <w:jc w:val="center"/>
              <w:rPr>
                <w:rFonts w:ascii="Times New Roman" w:hAnsi="Times New Roman" w:cs="Times New Roman"/>
                <w:b/>
                <w:bCs/>
                <w:spacing w:val="-4"/>
                <w:sz w:val="20"/>
                <w:szCs w:val="20"/>
                <w:lang w:val="tr-TR"/>
              </w:rPr>
            </w:pPr>
          </w:p>
        </w:tc>
      </w:tr>
      <w:tr w:rsidR="00235A0D" w:rsidRPr="00B32B32" w14:paraId="2F20404E" w14:textId="77777777" w:rsidTr="00834189">
        <w:tc>
          <w:tcPr>
            <w:tcW w:w="3623" w:type="dxa"/>
          </w:tcPr>
          <w:p w14:paraId="1DDE6242" w14:textId="3977F103" w:rsidR="00235A0D" w:rsidRPr="00B32B32" w:rsidRDefault="00235A0D" w:rsidP="00235A0D">
            <w:pPr>
              <w:jc w:val="center"/>
              <w:rPr>
                <w:rFonts w:ascii="Times New Roman" w:hAnsi="Times New Roman" w:cs="Times New Roman"/>
                <w:b/>
                <w:bCs/>
                <w:spacing w:val="-4"/>
                <w:sz w:val="20"/>
                <w:szCs w:val="20"/>
                <w:lang w:val="tr-TR"/>
              </w:rPr>
            </w:pPr>
          </w:p>
        </w:tc>
        <w:tc>
          <w:tcPr>
            <w:tcW w:w="3240" w:type="dxa"/>
          </w:tcPr>
          <w:p w14:paraId="776C4681" w14:textId="19D3B0E5" w:rsidR="00235A0D" w:rsidRPr="00B32B32" w:rsidRDefault="00235A0D" w:rsidP="00235A0D">
            <w:pPr>
              <w:jc w:val="center"/>
              <w:rPr>
                <w:rFonts w:ascii="Times New Roman" w:hAnsi="Times New Roman" w:cs="Times New Roman"/>
                <w:b/>
                <w:bCs/>
                <w:spacing w:val="-4"/>
                <w:sz w:val="20"/>
                <w:szCs w:val="20"/>
                <w:lang w:val="tr-TR"/>
              </w:rPr>
            </w:pPr>
            <w:r w:rsidRPr="00B32B32">
              <w:rPr>
                <w:rFonts w:ascii="Times New Roman" w:hAnsi="Times New Roman" w:cs="Times New Roman"/>
                <w:b/>
                <w:bCs/>
                <w:spacing w:val="-4"/>
                <w:sz w:val="20"/>
                <w:szCs w:val="20"/>
                <w:lang w:val="tr-TR"/>
              </w:rPr>
              <w:t>JEL:</w:t>
            </w:r>
          </w:p>
        </w:tc>
        <w:tc>
          <w:tcPr>
            <w:tcW w:w="2765" w:type="dxa"/>
          </w:tcPr>
          <w:p w14:paraId="0FD9BC7A" w14:textId="0DC6AC7B" w:rsidR="00235A0D" w:rsidRPr="00B32B32" w:rsidRDefault="00235A0D" w:rsidP="00235A0D">
            <w:pPr>
              <w:jc w:val="center"/>
              <w:rPr>
                <w:rFonts w:ascii="Times New Roman" w:hAnsi="Times New Roman" w:cs="Times New Roman"/>
                <w:b/>
                <w:bCs/>
                <w:spacing w:val="-4"/>
                <w:sz w:val="20"/>
                <w:szCs w:val="20"/>
                <w:lang w:val="tr-TR"/>
              </w:rPr>
            </w:pPr>
            <w:r w:rsidRPr="00B32B32">
              <w:rPr>
                <w:rFonts w:ascii="Times New Roman" w:hAnsi="Times New Roman" w:cs="Times New Roman"/>
                <w:b/>
                <w:bCs/>
                <w:color w:val="000000" w:themeColor="text1"/>
                <w:spacing w:val="-4"/>
                <w:sz w:val="20"/>
                <w:szCs w:val="20"/>
                <w:lang w:val="tr-TR"/>
              </w:rPr>
              <w:t xml:space="preserve">DOİ: </w:t>
            </w:r>
            <w:r w:rsidRPr="00B32B32">
              <w:rPr>
                <w:rFonts w:ascii="Times New Roman" w:hAnsi="Times New Roman" w:cs="Times New Roman"/>
                <w:color w:val="000000" w:themeColor="text1"/>
                <w:spacing w:val="-4"/>
                <w:sz w:val="20"/>
                <w:szCs w:val="20"/>
                <w:lang w:val="tr-TR"/>
              </w:rPr>
              <w:t>https://doi.org/</w:t>
            </w:r>
          </w:p>
        </w:tc>
      </w:tr>
    </w:tbl>
    <w:p w14:paraId="4BC9CE8D" w14:textId="77777777" w:rsidR="000F5D88" w:rsidRDefault="000F5D88" w:rsidP="00235A0D">
      <w:pPr>
        <w:pBdr>
          <w:bottom w:val="single" w:sz="4" w:space="1" w:color="006666"/>
        </w:pBdr>
        <w:spacing w:after="0" w:line="240" w:lineRule="auto"/>
        <w:jc w:val="center"/>
        <w:rPr>
          <w:rFonts w:ascii="Times New Roman" w:hAnsi="Times New Roman" w:cs="Times New Roman"/>
          <w:spacing w:val="-4"/>
          <w:lang w:val="tr-TR"/>
        </w:rPr>
      </w:pPr>
    </w:p>
    <w:p w14:paraId="4CA3D922" w14:textId="77777777" w:rsidR="00B32B32" w:rsidRDefault="00B32B32" w:rsidP="006B70EB">
      <w:pPr>
        <w:spacing w:after="0" w:line="240" w:lineRule="auto"/>
        <w:jc w:val="both"/>
        <w:rPr>
          <w:rFonts w:ascii="Times New Roman" w:hAnsi="Times New Roman" w:cs="Times New Roman"/>
          <w:b/>
          <w:bCs/>
          <w:color w:val="000000" w:themeColor="text1"/>
          <w:spacing w:val="-4"/>
          <w:lang w:val="tr-TR"/>
        </w:rPr>
      </w:pPr>
    </w:p>
    <w:p w14:paraId="45260230" w14:textId="1B433514" w:rsidR="00031BA6" w:rsidRPr="00031BA6" w:rsidRDefault="00031BA6" w:rsidP="00031BA6">
      <w:pPr>
        <w:autoSpaceDE w:val="0"/>
        <w:autoSpaceDN w:val="0"/>
        <w:adjustRightInd w:val="0"/>
        <w:spacing w:after="0" w:line="240" w:lineRule="auto"/>
        <w:jc w:val="both"/>
        <w:rPr>
          <w:rFonts w:ascii="Times New Roman" w:hAnsi="Times New Roman" w:cs="Times New Roman"/>
        </w:rPr>
      </w:pPr>
      <w:r w:rsidRPr="00031BA6">
        <w:rPr>
          <w:rFonts w:ascii="Times New Roman" w:hAnsi="Times New Roman" w:cs="Times New Roman"/>
          <w:i/>
          <w:iCs/>
        </w:rPr>
        <w:t xml:space="preserve">Abstract: - </w:t>
      </w:r>
      <w:r w:rsidRPr="00031BA6">
        <w:rPr>
          <w:rFonts w:ascii="Times New Roman" w:hAnsi="Times New Roman" w:cs="Times New Roman"/>
        </w:rPr>
        <w:t xml:space="preserve">This is a sample of the format of your full paper. A You need to have A4-sized pages (21 x 29 cm) pages with top and bottom margins of 2 cm and left and right margins of 2 cm. Use single space. Use double- use column format after the </w:t>
      </w:r>
      <w:proofErr w:type="gramStart"/>
      <w:r w:rsidRPr="00031BA6">
        <w:rPr>
          <w:rFonts w:ascii="Times New Roman" w:hAnsi="Times New Roman" w:cs="Times New Roman"/>
        </w:rPr>
        <w:t>Key-Words</w:t>
      </w:r>
      <w:proofErr w:type="gramEnd"/>
      <w:r w:rsidRPr="00031BA6">
        <w:rPr>
          <w:rFonts w:ascii="Times New Roman" w:hAnsi="Times New Roman" w:cs="Times New Roman"/>
        </w:rPr>
        <w:t>. Arrange the text in two columns (8.</w:t>
      </w:r>
      <w:r w:rsidR="00537A41">
        <w:rPr>
          <w:rFonts w:ascii="Times New Roman" w:hAnsi="Times New Roman" w:cs="Times New Roman"/>
        </w:rPr>
        <w:t>15</w:t>
      </w:r>
      <w:r w:rsidRPr="00031BA6">
        <w:rPr>
          <w:rFonts w:ascii="Times New Roman" w:hAnsi="Times New Roman" w:cs="Times New Roman"/>
        </w:rPr>
        <w:t xml:space="preserve"> cm), each separated by a gap of </w:t>
      </w:r>
      <w:r w:rsidR="0068205B" w:rsidRPr="0068205B">
        <w:rPr>
          <w:rFonts w:ascii="Times New Roman" w:hAnsi="Times New Roman" w:cs="Times New Roman"/>
        </w:rPr>
        <w:t>0,7</w:t>
      </w:r>
      <w:r w:rsidRPr="00031BA6">
        <w:rPr>
          <w:rFonts w:ascii="Times New Roman" w:hAnsi="Times New Roman" w:cs="Times New Roman"/>
        </w:rPr>
        <w:t xml:space="preserve"> cm. Use 1</w:t>
      </w:r>
      <w:r w:rsidR="0068205B" w:rsidRPr="0068205B">
        <w:rPr>
          <w:rFonts w:ascii="Times New Roman" w:hAnsi="Times New Roman" w:cs="Times New Roman"/>
        </w:rPr>
        <w:t>2</w:t>
      </w:r>
      <w:r w:rsidRPr="00031BA6">
        <w:rPr>
          <w:rFonts w:ascii="Times New Roman" w:hAnsi="Times New Roman" w:cs="Times New Roman"/>
        </w:rPr>
        <w:t xml:space="preserve"> pt size Times New Roman throughout the paper except for the headlines. For the words </w:t>
      </w:r>
      <w:r w:rsidRPr="00031BA6">
        <w:rPr>
          <w:rFonts w:ascii="Times New Roman" w:hAnsi="Times New Roman" w:cs="Times New Roman"/>
          <w:i/>
          <w:iCs/>
        </w:rPr>
        <w:t>Abstract, Key-Words</w:t>
      </w:r>
      <w:r w:rsidRPr="00031BA6">
        <w:rPr>
          <w:rFonts w:ascii="Times New Roman" w:hAnsi="Times New Roman" w:cs="Times New Roman"/>
        </w:rPr>
        <w:t xml:space="preserve"> and </w:t>
      </w:r>
      <w:r w:rsidRPr="00031BA6">
        <w:rPr>
          <w:rFonts w:ascii="Times New Roman" w:hAnsi="Times New Roman" w:cs="Times New Roman"/>
          <w:i/>
          <w:iCs/>
        </w:rPr>
        <w:t>References</w:t>
      </w:r>
      <w:r w:rsidRPr="00031BA6">
        <w:rPr>
          <w:rFonts w:ascii="Times New Roman" w:hAnsi="Times New Roman" w:cs="Times New Roman"/>
        </w:rPr>
        <w:t xml:space="preserve"> Italics. Ensure that the text on the final page is spread so that both columns finish at the same distance from the top of the page.</w:t>
      </w:r>
    </w:p>
    <w:p w14:paraId="46F0F123" w14:textId="77777777" w:rsidR="0005481E" w:rsidRPr="00031BA6" w:rsidRDefault="0005481E" w:rsidP="006B70EB">
      <w:pPr>
        <w:spacing w:after="0" w:line="240" w:lineRule="auto"/>
        <w:jc w:val="both"/>
        <w:rPr>
          <w:rFonts w:ascii="Times New Roman" w:hAnsi="Times New Roman" w:cs="Times New Roman"/>
          <w:b/>
          <w:bCs/>
          <w:color w:val="000000" w:themeColor="text1"/>
          <w:spacing w:val="-4"/>
        </w:rPr>
      </w:pPr>
    </w:p>
    <w:p w14:paraId="04258CD9" w14:textId="77777777" w:rsidR="0005481E" w:rsidRPr="00B32B32" w:rsidRDefault="0005481E" w:rsidP="006B70EB">
      <w:pPr>
        <w:spacing w:after="0" w:line="240" w:lineRule="auto"/>
        <w:jc w:val="both"/>
        <w:rPr>
          <w:rFonts w:ascii="Times New Roman" w:hAnsi="Times New Roman" w:cs="Times New Roman"/>
          <w:b/>
          <w:bCs/>
          <w:color w:val="000000" w:themeColor="text1"/>
          <w:spacing w:val="-4"/>
          <w:lang w:val="tr-TR"/>
        </w:rPr>
      </w:pPr>
    </w:p>
    <w:p w14:paraId="0F0C5A0A" w14:textId="48156EA9" w:rsidR="00031BA6" w:rsidRDefault="00031BA6" w:rsidP="00031BA6">
      <w:pPr>
        <w:pStyle w:val="af"/>
        <w:spacing w:after="0" w:line="240" w:lineRule="auto"/>
      </w:pPr>
      <w:r>
        <w:rPr>
          <w:i/>
          <w:iCs/>
        </w:rPr>
        <w:t>Key-Words: -</w:t>
      </w:r>
      <w:r>
        <w:rPr>
          <w:b/>
          <w:bCs/>
        </w:rPr>
        <w:t xml:space="preserve"> </w:t>
      </w:r>
      <w:r>
        <w:t xml:space="preserve">Leave one blank line after the Abstract and write your </w:t>
      </w:r>
      <w:proofErr w:type="gramStart"/>
      <w:r>
        <w:t>Key-Words</w:t>
      </w:r>
      <w:proofErr w:type="gramEnd"/>
      <w:r>
        <w:t xml:space="preserve"> (</w:t>
      </w:r>
      <w:r w:rsidR="0068205B" w:rsidRPr="0068205B">
        <w:t>4</w:t>
      </w:r>
      <w:r>
        <w:t xml:space="preserve"> - </w:t>
      </w:r>
      <w:r w:rsidR="0068205B" w:rsidRPr="0068205B">
        <w:t>6</w:t>
      </w:r>
      <w:r>
        <w:t xml:space="preserve"> words)</w:t>
      </w:r>
    </w:p>
    <w:p w14:paraId="23B8E77C" w14:textId="77777777" w:rsidR="00B32B32" w:rsidRPr="00031BA6" w:rsidRDefault="00B32B32" w:rsidP="005C4EE1">
      <w:pPr>
        <w:pBdr>
          <w:bottom w:val="single" w:sz="4" w:space="1" w:color="004442"/>
        </w:pBdr>
        <w:spacing w:after="0" w:line="240" w:lineRule="auto"/>
        <w:jc w:val="both"/>
        <w:rPr>
          <w:rFonts w:ascii="Times New Roman" w:hAnsi="Times New Roman" w:cs="Times New Roman"/>
          <w:b/>
          <w:bCs/>
          <w:color w:val="000000" w:themeColor="text1"/>
          <w:spacing w:val="-4"/>
          <w:sz w:val="24"/>
          <w:szCs w:val="24"/>
        </w:rPr>
      </w:pPr>
    </w:p>
    <w:p w14:paraId="1C96E5C8" w14:textId="77777777" w:rsidR="0016369F" w:rsidRPr="00B32B32" w:rsidRDefault="0016369F" w:rsidP="0016369F">
      <w:pPr>
        <w:spacing w:after="0" w:line="240" w:lineRule="auto"/>
        <w:rPr>
          <w:rFonts w:ascii="Times New Roman" w:hAnsi="Times New Roman" w:cs="Times New Roman"/>
          <w:b/>
          <w:bCs/>
          <w:spacing w:val="-4"/>
          <w:sz w:val="24"/>
          <w:szCs w:val="24"/>
          <w:lang w:val="tr-TR"/>
        </w:rPr>
      </w:pPr>
    </w:p>
    <w:p w14:paraId="58A03EAB" w14:textId="77777777" w:rsidR="0016369F" w:rsidRPr="00B32B32" w:rsidRDefault="0016369F" w:rsidP="0016369F">
      <w:pPr>
        <w:spacing w:after="0" w:line="240" w:lineRule="auto"/>
        <w:rPr>
          <w:rFonts w:ascii="Times New Roman" w:hAnsi="Times New Roman" w:cs="Times New Roman"/>
          <w:color w:val="000000" w:themeColor="text1"/>
          <w:spacing w:val="-4"/>
          <w:sz w:val="24"/>
          <w:szCs w:val="24"/>
          <w:lang w:val="tr-TR"/>
        </w:rPr>
      </w:pPr>
    </w:p>
    <w:p w14:paraId="6DA4F55D" w14:textId="77777777" w:rsidR="000042CF" w:rsidRPr="00B32B32" w:rsidRDefault="000042CF" w:rsidP="000042CF">
      <w:pPr>
        <w:spacing w:after="0" w:line="240" w:lineRule="auto"/>
        <w:ind w:firstLine="284"/>
        <w:rPr>
          <w:rFonts w:ascii="Times New Roman" w:hAnsi="Times New Roman" w:cs="Times New Roman"/>
          <w:b/>
          <w:bCs/>
          <w:color w:val="000000" w:themeColor="text1"/>
          <w:spacing w:val="-4"/>
          <w:sz w:val="24"/>
          <w:szCs w:val="24"/>
          <w:lang w:val="tr-TR"/>
        </w:rPr>
        <w:sectPr w:rsidR="000042CF" w:rsidRPr="00B32B32" w:rsidSect="00926A2C">
          <w:headerReference w:type="default" r:id="rId9"/>
          <w:headerReference w:type="first" r:id="rId10"/>
          <w:footerReference w:type="first" r:id="rId11"/>
          <w:pgSz w:w="11906" w:h="16838" w:code="9"/>
          <w:pgMar w:top="1419" w:right="1134" w:bottom="1134" w:left="1134" w:header="709" w:footer="709" w:gutter="0"/>
          <w:cols w:space="708"/>
          <w:titlePg/>
          <w:docGrid w:linePitch="360"/>
        </w:sectPr>
      </w:pPr>
    </w:p>
    <w:p w14:paraId="053C963A" w14:textId="114EBF30" w:rsidR="00031BA6" w:rsidRPr="00157592" w:rsidRDefault="00031BA6" w:rsidP="00031BA6">
      <w:pPr>
        <w:tabs>
          <w:tab w:val="left" w:pos="284"/>
        </w:tabs>
        <w:spacing w:after="0" w:line="240" w:lineRule="auto"/>
        <w:jc w:val="both"/>
        <w:rPr>
          <w:rFonts w:ascii="Times New Roman" w:hAnsi="Times New Roman" w:cs="Times New Roman"/>
          <w:b/>
          <w:bCs/>
          <w:sz w:val="24"/>
          <w:szCs w:val="24"/>
        </w:rPr>
      </w:pPr>
      <w:r w:rsidRPr="00157592">
        <w:rPr>
          <w:rFonts w:ascii="Times New Roman" w:hAnsi="Times New Roman" w:cs="Times New Roman"/>
          <w:b/>
          <w:bCs/>
          <w:sz w:val="24"/>
          <w:szCs w:val="24"/>
        </w:rPr>
        <w:t>Introduction</w:t>
      </w:r>
    </w:p>
    <w:p w14:paraId="005BEDB7" w14:textId="3407499F" w:rsidR="00031BA6" w:rsidRPr="00157592" w:rsidRDefault="00031BA6" w:rsidP="00B05ED1">
      <w:pPr>
        <w:spacing w:after="0" w:line="240" w:lineRule="auto"/>
        <w:jc w:val="both"/>
        <w:rPr>
          <w:rFonts w:ascii="Times New Roman" w:hAnsi="Times New Roman" w:cs="Times New Roman"/>
          <w:sz w:val="24"/>
          <w:szCs w:val="24"/>
        </w:rPr>
      </w:pPr>
      <w:r w:rsidRPr="00157592">
        <w:rPr>
          <w:rFonts w:ascii="Times New Roman" w:hAnsi="Times New Roman" w:cs="Times New Roman"/>
          <w:sz w:val="24"/>
          <w:szCs w:val="24"/>
        </w:rPr>
        <w:t xml:space="preserve">As you can see </w:t>
      </w:r>
      <w:proofErr w:type="gramStart"/>
      <w:r w:rsidRPr="00157592">
        <w:rPr>
          <w:rFonts w:ascii="Times New Roman" w:hAnsi="Times New Roman" w:cs="Times New Roman"/>
          <w:sz w:val="24"/>
          <w:szCs w:val="24"/>
        </w:rPr>
        <w:t>for</w:t>
      </w:r>
      <w:proofErr w:type="gramEnd"/>
      <w:r w:rsidRPr="00157592">
        <w:rPr>
          <w:rFonts w:ascii="Times New Roman" w:hAnsi="Times New Roman" w:cs="Times New Roman"/>
          <w:sz w:val="24"/>
          <w:szCs w:val="24"/>
        </w:rPr>
        <w:t xml:space="preserve"> the title of the paper you must use 14pt, Centered, Bold, Times New Roman. Leave one blank line and then type AUTHORS' NAMES (in Capital, 12pt Times New Roman, centered), Department (in 12pt Times New Roman, centered), University (in 12pt Times New Roman, centered), Address (in 12pt Times New Roman, centered), COUNTRY (in Capital, 12pt Times New Roman, centered). </w:t>
      </w:r>
    </w:p>
    <w:p w14:paraId="61BB3343" w14:textId="6706B172" w:rsidR="00031BA6" w:rsidRPr="00157592" w:rsidRDefault="00031BA6" w:rsidP="00BE04D4">
      <w:pPr>
        <w:pStyle w:val="2c"/>
        <w:spacing w:after="0" w:line="240" w:lineRule="auto"/>
        <w:ind w:left="0" w:firstLine="284"/>
        <w:jc w:val="both"/>
        <w:rPr>
          <w:rFonts w:ascii="Times New Roman" w:hAnsi="Times New Roman" w:cs="Times New Roman"/>
          <w:sz w:val="24"/>
          <w:szCs w:val="24"/>
        </w:rPr>
      </w:pPr>
      <w:r w:rsidRPr="00157592">
        <w:rPr>
          <w:rFonts w:ascii="Times New Roman" w:hAnsi="Times New Roman" w:cs="Times New Roman"/>
          <w:sz w:val="24"/>
          <w:szCs w:val="24"/>
        </w:rPr>
        <w:t xml:space="preserve">The heading of each section should be printed in small, 12pt, left justified, bold, Times New Roman. </w:t>
      </w:r>
    </w:p>
    <w:p w14:paraId="55C4C4EF" w14:textId="77777777" w:rsidR="00031BA6" w:rsidRPr="00157592" w:rsidRDefault="00031BA6" w:rsidP="00031BA6">
      <w:pPr>
        <w:spacing w:after="0" w:line="240" w:lineRule="auto"/>
        <w:jc w:val="both"/>
        <w:rPr>
          <w:rFonts w:ascii="Times New Roman" w:hAnsi="Times New Roman" w:cs="Times New Roman"/>
          <w:i/>
          <w:iCs/>
          <w:sz w:val="24"/>
          <w:szCs w:val="24"/>
        </w:rPr>
      </w:pPr>
    </w:p>
    <w:p w14:paraId="78C3D824" w14:textId="27FFF4BD" w:rsidR="00031BA6" w:rsidRPr="00157592" w:rsidRDefault="00031BA6" w:rsidP="00B05ED1">
      <w:pPr>
        <w:tabs>
          <w:tab w:val="left" w:pos="284"/>
        </w:tabs>
        <w:spacing w:after="0" w:line="240" w:lineRule="auto"/>
        <w:jc w:val="both"/>
        <w:rPr>
          <w:rFonts w:ascii="Times New Roman" w:hAnsi="Times New Roman" w:cs="Times New Roman"/>
          <w:b/>
          <w:bCs/>
          <w:sz w:val="24"/>
          <w:szCs w:val="24"/>
        </w:rPr>
      </w:pPr>
      <w:r w:rsidRPr="00157592">
        <w:rPr>
          <w:rFonts w:ascii="Times New Roman" w:hAnsi="Times New Roman" w:cs="Times New Roman"/>
          <w:b/>
          <w:bCs/>
          <w:sz w:val="24"/>
          <w:szCs w:val="24"/>
        </w:rPr>
        <w:t>Problem Formulation</w:t>
      </w:r>
    </w:p>
    <w:p w14:paraId="0C47DCAF" w14:textId="77777777" w:rsidR="00031BA6" w:rsidRPr="00157592" w:rsidRDefault="00031BA6" w:rsidP="00BE04D4">
      <w:pPr>
        <w:spacing w:after="0" w:line="240" w:lineRule="auto"/>
        <w:ind w:firstLine="284"/>
        <w:jc w:val="both"/>
        <w:rPr>
          <w:rFonts w:ascii="Times New Roman" w:hAnsi="Times New Roman" w:cs="Times New Roman"/>
          <w:sz w:val="24"/>
          <w:szCs w:val="24"/>
        </w:rPr>
      </w:pPr>
      <w:r w:rsidRPr="00157592">
        <w:rPr>
          <w:rFonts w:ascii="Times New Roman" w:hAnsi="Times New Roman" w:cs="Times New Roman"/>
          <w:sz w:val="24"/>
          <w:szCs w:val="24"/>
        </w:rPr>
        <w:t xml:space="preserve">Please, leave two blank lines between successive sections as here. </w:t>
      </w:r>
    </w:p>
    <w:p w14:paraId="3BE9E5F0" w14:textId="77777777" w:rsidR="00031BA6" w:rsidRPr="00157592" w:rsidRDefault="00031BA6" w:rsidP="008F5852">
      <w:pPr>
        <w:pStyle w:val="2c"/>
        <w:spacing w:after="0" w:line="240" w:lineRule="auto"/>
        <w:ind w:left="0" w:firstLine="284"/>
        <w:jc w:val="both"/>
        <w:rPr>
          <w:rFonts w:ascii="Times New Roman" w:hAnsi="Times New Roman" w:cs="Times New Roman"/>
          <w:sz w:val="24"/>
          <w:szCs w:val="24"/>
        </w:rPr>
      </w:pPr>
      <w:r w:rsidRPr="00157592">
        <w:rPr>
          <w:rFonts w:ascii="Times New Roman" w:hAnsi="Times New Roman" w:cs="Times New Roman"/>
          <w:sz w:val="24"/>
          <w:szCs w:val="24"/>
        </w:rPr>
        <w:t>Mathematical Equations must be numbered as follows: (1), (2), …, (99) and not (1.1), (1.2</w:t>
      </w:r>
      <w:proofErr w:type="gramStart"/>
      <w:r w:rsidRPr="00157592">
        <w:rPr>
          <w:rFonts w:ascii="Times New Roman" w:hAnsi="Times New Roman" w:cs="Times New Roman"/>
          <w:sz w:val="24"/>
          <w:szCs w:val="24"/>
        </w:rPr>
        <w:t>),…</w:t>
      </w:r>
      <w:proofErr w:type="gramEnd"/>
      <w:r w:rsidRPr="00157592">
        <w:rPr>
          <w:rFonts w:ascii="Times New Roman" w:hAnsi="Times New Roman" w:cs="Times New Roman"/>
          <w:sz w:val="24"/>
          <w:szCs w:val="24"/>
        </w:rPr>
        <w:t>, (2.1), (2.2</w:t>
      </w:r>
      <w:proofErr w:type="gramStart"/>
      <w:r w:rsidRPr="00157592">
        <w:rPr>
          <w:rFonts w:ascii="Times New Roman" w:hAnsi="Times New Roman" w:cs="Times New Roman"/>
          <w:sz w:val="24"/>
          <w:szCs w:val="24"/>
        </w:rPr>
        <w:t>),…</w:t>
      </w:r>
      <w:proofErr w:type="gramEnd"/>
      <w:r w:rsidRPr="00157592">
        <w:rPr>
          <w:rFonts w:ascii="Times New Roman" w:hAnsi="Times New Roman" w:cs="Times New Roman"/>
          <w:sz w:val="24"/>
          <w:szCs w:val="24"/>
        </w:rPr>
        <w:t xml:space="preserve"> depending on your various Sections.</w:t>
      </w:r>
    </w:p>
    <w:p w14:paraId="17270327" w14:textId="77777777" w:rsidR="00031BA6" w:rsidRPr="00157592" w:rsidRDefault="00031BA6" w:rsidP="00BE04D4">
      <w:pPr>
        <w:spacing w:after="0" w:line="240" w:lineRule="auto"/>
        <w:ind w:firstLine="284"/>
        <w:jc w:val="both"/>
        <w:rPr>
          <w:rFonts w:ascii="Times New Roman" w:hAnsi="Times New Roman" w:cs="Times New Roman"/>
          <w:sz w:val="24"/>
          <w:szCs w:val="24"/>
        </w:rPr>
      </w:pPr>
    </w:p>
    <w:p w14:paraId="442ED41A" w14:textId="77777777" w:rsidR="00B05ED1" w:rsidRDefault="00B05ED1" w:rsidP="00B05ED1">
      <w:pPr>
        <w:tabs>
          <w:tab w:val="left" w:pos="-257"/>
          <w:tab w:val="left" w:pos="426"/>
        </w:tabs>
        <w:spacing w:after="0" w:line="240" w:lineRule="auto"/>
        <w:ind w:firstLine="284"/>
        <w:jc w:val="both"/>
        <w:rPr>
          <w:rFonts w:ascii="Times New Roman" w:hAnsi="Times New Roman" w:cs="Times New Roman"/>
          <w:b/>
          <w:bCs/>
          <w:sz w:val="24"/>
          <w:szCs w:val="24"/>
        </w:rPr>
      </w:pPr>
    </w:p>
    <w:p w14:paraId="4EB0B646" w14:textId="70FD6594" w:rsidR="00031BA6" w:rsidRPr="00157592" w:rsidRDefault="00031BA6" w:rsidP="00B05ED1">
      <w:pPr>
        <w:tabs>
          <w:tab w:val="left" w:pos="-257"/>
          <w:tab w:val="left" w:pos="426"/>
        </w:tabs>
        <w:spacing w:after="0" w:line="240" w:lineRule="auto"/>
        <w:ind w:firstLine="284"/>
        <w:jc w:val="both"/>
        <w:rPr>
          <w:rFonts w:ascii="Times New Roman" w:hAnsi="Times New Roman" w:cs="Times New Roman"/>
          <w:b/>
          <w:bCs/>
          <w:sz w:val="24"/>
          <w:szCs w:val="24"/>
        </w:rPr>
      </w:pPr>
      <w:r w:rsidRPr="00157592">
        <w:rPr>
          <w:rFonts w:ascii="Times New Roman" w:hAnsi="Times New Roman" w:cs="Times New Roman"/>
          <w:b/>
          <w:bCs/>
          <w:sz w:val="24"/>
          <w:szCs w:val="24"/>
        </w:rPr>
        <w:t>Subsection</w:t>
      </w:r>
    </w:p>
    <w:p w14:paraId="6C4D83BA" w14:textId="77777777" w:rsidR="00031BA6" w:rsidRPr="00157592" w:rsidRDefault="00031BA6" w:rsidP="00BE04D4">
      <w:pPr>
        <w:spacing w:after="0" w:line="240" w:lineRule="auto"/>
        <w:ind w:firstLine="284"/>
        <w:jc w:val="both"/>
        <w:rPr>
          <w:rFonts w:ascii="Times New Roman" w:hAnsi="Times New Roman" w:cs="Times New Roman"/>
          <w:sz w:val="24"/>
          <w:szCs w:val="24"/>
        </w:rPr>
      </w:pPr>
      <w:r w:rsidRPr="00157592">
        <w:rPr>
          <w:rFonts w:ascii="Times New Roman" w:hAnsi="Times New Roman" w:cs="Times New Roman"/>
          <w:sz w:val="24"/>
          <w:szCs w:val="24"/>
        </w:rPr>
        <w:t xml:space="preserve">When including a subsection you must use, for its heading, small letters, 12pt, left justified, bold, Times New Roman as here. </w:t>
      </w:r>
    </w:p>
    <w:p w14:paraId="74C370C7" w14:textId="77777777" w:rsidR="00031BA6" w:rsidRPr="00157592" w:rsidRDefault="00031BA6" w:rsidP="00BE04D4">
      <w:pPr>
        <w:spacing w:after="0" w:line="240" w:lineRule="auto"/>
        <w:ind w:firstLine="284"/>
        <w:jc w:val="both"/>
        <w:rPr>
          <w:rFonts w:ascii="Times New Roman" w:hAnsi="Times New Roman" w:cs="Times New Roman"/>
          <w:sz w:val="24"/>
          <w:szCs w:val="24"/>
        </w:rPr>
      </w:pPr>
    </w:p>
    <w:p w14:paraId="08CA6607" w14:textId="383C38BA" w:rsidR="00031BA6" w:rsidRPr="00157592" w:rsidRDefault="00031BA6" w:rsidP="00BE04D4">
      <w:pPr>
        <w:keepNext/>
        <w:tabs>
          <w:tab w:val="left" w:pos="567"/>
        </w:tabs>
        <w:spacing w:after="0" w:line="240" w:lineRule="auto"/>
        <w:jc w:val="both"/>
        <w:rPr>
          <w:rFonts w:ascii="Times New Roman" w:hAnsi="Times New Roman" w:cs="Times New Roman"/>
          <w:b/>
          <w:bCs/>
          <w:sz w:val="24"/>
          <w:szCs w:val="24"/>
        </w:rPr>
      </w:pPr>
      <w:r w:rsidRPr="00157592">
        <w:rPr>
          <w:rFonts w:ascii="Times New Roman" w:hAnsi="Times New Roman" w:cs="Times New Roman"/>
          <w:b/>
          <w:bCs/>
          <w:sz w:val="24"/>
          <w:szCs w:val="24"/>
        </w:rPr>
        <w:t xml:space="preserve">Sub-subsection </w:t>
      </w:r>
    </w:p>
    <w:p w14:paraId="57B8C507" w14:textId="375D3BA3" w:rsidR="00031BA6" w:rsidRPr="00157592" w:rsidRDefault="00031BA6" w:rsidP="00BE04D4">
      <w:pPr>
        <w:spacing w:after="0" w:line="240" w:lineRule="auto"/>
        <w:ind w:firstLine="284"/>
        <w:jc w:val="both"/>
        <w:rPr>
          <w:rFonts w:ascii="Times New Roman" w:hAnsi="Times New Roman" w:cs="Times New Roman"/>
          <w:sz w:val="24"/>
          <w:szCs w:val="24"/>
        </w:rPr>
      </w:pPr>
      <w:r w:rsidRPr="00157592">
        <w:rPr>
          <w:rFonts w:ascii="Times New Roman" w:hAnsi="Times New Roman" w:cs="Times New Roman"/>
          <w:sz w:val="24"/>
          <w:szCs w:val="24"/>
        </w:rPr>
        <w:t>When including a sub-subsection you must use, for its heading, small letters, 1</w:t>
      </w:r>
      <w:r w:rsidR="00BE04D4" w:rsidRPr="00BE04D4">
        <w:rPr>
          <w:rFonts w:ascii="Times New Roman" w:hAnsi="Times New Roman" w:cs="Times New Roman"/>
          <w:sz w:val="24"/>
          <w:szCs w:val="24"/>
        </w:rPr>
        <w:t>2</w:t>
      </w:r>
      <w:r w:rsidRPr="00157592">
        <w:rPr>
          <w:rFonts w:ascii="Times New Roman" w:hAnsi="Times New Roman" w:cs="Times New Roman"/>
          <w:sz w:val="24"/>
          <w:szCs w:val="24"/>
        </w:rPr>
        <w:t>pt, left justified, bold, Times New Roman as here.</w:t>
      </w:r>
    </w:p>
    <w:p w14:paraId="666B7701" w14:textId="77777777" w:rsidR="00031BA6" w:rsidRPr="00157592" w:rsidRDefault="00031BA6" w:rsidP="00BE04D4">
      <w:pPr>
        <w:spacing w:after="0" w:line="240" w:lineRule="auto"/>
        <w:ind w:firstLine="284"/>
        <w:jc w:val="both"/>
        <w:rPr>
          <w:rFonts w:ascii="Times New Roman" w:hAnsi="Times New Roman" w:cs="Times New Roman"/>
          <w:i/>
          <w:iCs/>
          <w:sz w:val="24"/>
          <w:szCs w:val="24"/>
        </w:rPr>
      </w:pPr>
    </w:p>
    <w:p w14:paraId="6C16915D" w14:textId="5B07EBBD" w:rsidR="00031BA6" w:rsidRPr="00157592" w:rsidRDefault="00031BA6" w:rsidP="00BE04D4">
      <w:pPr>
        <w:tabs>
          <w:tab w:val="left" w:pos="284"/>
        </w:tabs>
        <w:spacing w:after="0" w:line="240" w:lineRule="auto"/>
        <w:jc w:val="both"/>
        <w:rPr>
          <w:rFonts w:ascii="Times New Roman" w:hAnsi="Times New Roman" w:cs="Times New Roman"/>
          <w:b/>
          <w:bCs/>
          <w:sz w:val="24"/>
          <w:szCs w:val="24"/>
        </w:rPr>
      </w:pPr>
      <w:r w:rsidRPr="00157592">
        <w:rPr>
          <w:rFonts w:ascii="Times New Roman" w:hAnsi="Times New Roman" w:cs="Times New Roman"/>
          <w:b/>
          <w:bCs/>
          <w:sz w:val="24"/>
          <w:szCs w:val="24"/>
        </w:rPr>
        <w:t>Problem Solution</w:t>
      </w:r>
    </w:p>
    <w:p w14:paraId="2734FEF0" w14:textId="49529A46" w:rsidR="00031BA6" w:rsidRPr="00157592" w:rsidRDefault="00B0379E" w:rsidP="00B0379E">
      <w:pPr>
        <w:pStyle w:val="2c"/>
        <w:spacing w:after="0" w:line="240" w:lineRule="auto"/>
        <w:ind w:left="0" w:firstLine="284"/>
        <w:jc w:val="both"/>
        <w:rPr>
          <w:rFonts w:ascii="Times New Roman" w:hAnsi="Times New Roman" w:cs="Times New Roman"/>
          <w:sz w:val="24"/>
          <w:szCs w:val="24"/>
        </w:rPr>
      </w:pPr>
      <w:r w:rsidRPr="00B0379E">
        <w:rPr>
          <w:rFonts w:ascii="Times New Roman" w:hAnsi="Times New Roman" w:cs="Times New Roman"/>
          <w:sz w:val="24"/>
          <w:szCs w:val="24"/>
        </w:rPr>
        <w:t>Figures, graphs, and tables must be numbered consecutively: Figure 1, Figure 2; Graph 1, Graph 2; Table 1, Table 2, etc. Each figure, graph, and table must have a title, and the source must be indicated below it. All figures, graphs, and tables must be cited in the main text. Titles, text, and data must be formatted in 10-point Times New Roman. All graphical materials must be of sufficient quality for publication.</w:t>
      </w:r>
    </w:p>
    <w:p w14:paraId="37250412" w14:textId="77777777" w:rsidR="00031BA6" w:rsidRPr="00157592" w:rsidRDefault="00031BA6" w:rsidP="00BE04D4">
      <w:pPr>
        <w:pStyle w:val="2c"/>
        <w:spacing w:after="0" w:line="240" w:lineRule="auto"/>
        <w:ind w:left="142" w:firstLine="284"/>
        <w:jc w:val="both"/>
        <w:rPr>
          <w:rFonts w:ascii="Times New Roman" w:hAnsi="Times New Roman" w:cs="Times New Roman"/>
          <w:sz w:val="24"/>
          <w:szCs w:val="24"/>
        </w:rPr>
      </w:pPr>
      <w:r w:rsidRPr="00157592">
        <w:rPr>
          <w:rFonts w:ascii="Times New Roman" w:hAnsi="Times New Roman" w:cs="Times New Roman"/>
          <w:sz w:val="24"/>
          <w:szCs w:val="24"/>
        </w:rPr>
        <w:t xml:space="preserve">If your paper deviates significantly from these specifications, our Publishing House may </w:t>
      </w:r>
      <w:r w:rsidRPr="00157592">
        <w:rPr>
          <w:rFonts w:ascii="Times New Roman" w:hAnsi="Times New Roman" w:cs="Times New Roman"/>
          <w:sz w:val="24"/>
          <w:szCs w:val="24"/>
        </w:rPr>
        <w:lastRenderedPageBreak/>
        <w:t xml:space="preserve">not be able to include your paper in the Proceedings. </w:t>
      </w:r>
    </w:p>
    <w:p w14:paraId="59962608" w14:textId="61F0E13A" w:rsidR="00031BA6" w:rsidRPr="00157592" w:rsidRDefault="00031BA6" w:rsidP="00B05ED1">
      <w:pPr>
        <w:pStyle w:val="2c"/>
        <w:spacing w:after="0" w:line="240" w:lineRule="auto"/>
        <w:ind w:left="0" w:firstLine="284"/>
        <w:jc w:val="both"/>
        <w:rPr>
          <w:rFonts w:ascii="Times New Roman" w:hAnsi="Times New Roman" w:cs="Times New Roman"/>
          <w:sz w:val="24"/>
          <w:szCs w:val="24"/>
        </w:rPr>
      </w:pPr>
      <w:r w:rsidRPr="00157592">
        <w:rPr>
          <w:rFonts w:ascii="Times New Roman" w:hAnsi="Times New Roman" w:cs="Times New Roman"/>
          <w:sz w:val="24"/>
          <w:szCs w:val="24"/>
        </w:rPr>
        <w:t>When citing references in the text of the abstract, type the corresponding number in square brackets as shown at the end of this sentence [1]</w:t>
      </w:r>
      <w:r w:rsidR="00B05ED1" w:rsidRPr="00B05ED1">
        <w:rPr>
          <w:rFonts w:ascii="Times New Roman" w:hAnsi="Times New Roman" w:cs="Times New Roman"/>
          <w:sz w:val="24"/>
          <w:szCs w:val="24"/>
        </w:rPr>
        <w:t xml:space="preserve">, </w:t>
      </w:r>
      <w:r w:rsidR="00B05ED1">
        <w:rPr>
          <w:rFonts w:ascii="Times New Roman" w:hAnsi="Times New Roman" w:cs="Times New Roman"/>
          <w:sz w:val="24"/>
          <w:szCs w:val="24"/>
        </w:rPr>
        <w:t>[2], [3]</w:t>
      </w:r>
      <w:r w:rsidRPr="00157592">
        <w:rPr>
          <w:rFonts w:ascii="Times New Roman" w:hAnsi="Times New Roman" w:cs="Times New Roman"/>
          <w:sz w:val="24"/>
          <w:szCs w:val="24"/>
        </w:rPr>
        <w:t xml:space="preserve">. </w:t>
      </w:r>
    </w:p>
    <w:p w14:paraId="114B140F" w14:textId="77777777" w:rsidR="00031BA6" w:rsidRPr="00157592" w:rsidRDefault="00031BA6" w:rsidP="00BE04D4">
      <w:pPr>
        <w:tabs>
          <w:tab w:val="left" w:pos="284"/>
        </w:tabs>
        <w:spacing w:after="0" w:line="240" w:lineRule="auto"/>
        <w:ind w:firstLine="284"/>
        <w:jc w:val="both"/>
        <w:rPr>
          <w:rFonts w:ascii="Times New Roman" w:hAnsi="Times New Roman" w:cs="Times New Roman"/>
          <w:bCs/>
          <w:sz w:val="24"/>
          <w:szCs w:val="24"/>
        </w:rPr>
      </w:pPr>
      <w:r w:rsidRPr="00157592">
        <w:rPr>
          <w:rFonts w:ascii="Times New Roman" w:hAnsi="Times New Roman" w:cs="Times New Roman"/>
          <w:bCs/>
          <w:sz w:val="24"/>
          <w:szCs w:val="24"/>
        </w:rPr>
        <w:t>The authors are required to look over and verify whether the in-text citations exist in the reference list and whether all the references mentioned in the reference list exist in the in-text citations.</w:t>
      </w:r>
    </w:p>
    <w:p w14:paraId="184ED098" w14:textId="77777777" w:rsidR="00031BA6" w:rsidRPr="00157592" w:rsidRDefault="00031BA6" w:rsidP="00BE04D4">
      <w:pPr>
        <w:tabs>
          <w:tab w:val="left" w:pos="284"/>
        </w:tabs>
        <w:spacing w:after="0" w:line="240" w:lineRule="auto"/>
        <w:ind w:firstLine="284"/>
        <w:jc w:val="both"/>
        <w:rPr>
          <w:rFonts w:ascii="Times New Roman" w:hAnsi="Times New Roman" w:cs="Times New Roman"/>
          <w:bCs/>
          <w:sz w:val="24"/>
          <w:szCs w:val="24"/>
        </w:rPr>
      </w:pPr>
      <w:r w:rsidRPr="00157592">
        <w:rPr>
          <w:rFonts w:ascii="Times New Roman" w:hAnsi="Times New Roman" w:cs="Times New Roman"/>
          <w:bCs/>
          <w:sz w:val="24"/>
          <w:szCs w:val="24"/>
        </w:rPr>
        <w:t>Also, they need to look over if the in-text citations of the Tables, Equations and Figures are properly connected with the Tables, Equations and Figures.</w:t>
      </w:r>
    </w:p>
    <w:p w14:paraId="22A52838" w14:textId="77777777" w:rsidR="00031BA6" w:rsidRPr="00157592" w:rsidRDefault="00031BA6" w:rsidP="00BE04D4">
      <w:pPr>
        <w:tabs>
          <w:tab w:val="left" w:pos="284"/>
        </w:tabs>
        <w:spacing w:after="0" w:line="240" w:lineRule="auto"/>
        <w:ind w:firstLine="284"/>
        <w:jc w:val="both"/>
        <w:rPr>
          <w:rFonts w:ascii="Times New Roman" w:hAnsi="Times New Roman" w:cs="Times New Roman"/>
          <w:b/>
          <w:bCs/>
          <w:sz w:val="24"/>
          <w:szCs w:val="24"/>
        </w:rPr>
      </w:pPr>
    </w:p>
    <w:p w14:paraId="0F7C558E" w14:textId="4EE7A709" w:rsidR="00031BA6" w:rsidRPr="00157592" w:rsidRDefault="00031BA6" w:rsidP="00B05ED1">
      <w:pPr>
        <w:tabs>
          <w:tab w:val="left" w:pos="284"/>
        </w:tabs>
        <w:spacing w:after="0" w:line="240" w:lineRule="auto"/>
        <w:ind w:firstLine="284"/>
        <w:jc w:val="both"/>
        <w:rPr>
          <w:rFonts w:ascii="Times New Roman" w:hAnsi="Times New Roman" w:cs="Times New Roman"/>
          <w:b/>
          <w:bCs/>
          <w:sz w:val="24"/>
          <w:szCs w:val="24"/>
        </w:rPr>
      </w:pPr>
      <w:r w:rsidRPr="00157592">
        <w:rPr>
          <w:rFonts w:ascii="Times New Roman" w:hAnsi="Times New Roman" w:cs="Times New Roman"/>
          <w:b/>
          <w:bCs/>
          <w:sz w:val="24"/>
          <w:szCs w:val="24"/>
        </w:rPr>
        <w:t>Conclusion</w:t>
      </w:r>
    </w:p>
    <w:p w14:paraId="2FEAF0F8" w14:textId="77777777" w:rsidR="00031BA6" w:rsidRPr="00157592" w:rsidRDefault="00031BA6" w:rsidP="00BE04D4">
      <w:pPr>
        <w:spacing w:after="0" w:line="240" w:lineRule="auto"/>
        <w:ind w:firstLine="284"/>
        <w:jc w:val="both"/>
        <w:rPr>
          <w:rFonts w:ascii="Times New Roman" w:hAnsi="Times New Roman" w:cs="Times New Roman"/>
          <w:sz w:val="24"/>
          <w:szCs w:val="24"/>
        </w:rPr>
      </w:pPr>
      <w:r w:rsidRPr="00157592">
        <w:rPr>
          <w:rFonts w:ascii="Times New Roman" w:hAnsi="Times New Roman" w:cs="Times New Roman"/>
          <w:sz w:val="24"/>
          <w:szCs w:val="24"/>
        </w:rPr>
        <w:t xml:space="preserve">Please, follow our instructions faithfully, otherwise you </w:t>
      </w:r>
      <w:proofErr w:type="gramStart"/>
      <w:r w:rsidRPr="00157592">
        <w:rPr>
          <w:rFonts w:ascii="Times New Roman" w:hAnsi="Times New Roman" w:cs="Times New Roman"/>
          <w:sz w:val="24"/>
          <w:szCs w:val="24"/>
        </w:rPr>
        <w:t>have to</w:t>
      </w:r>
      <w:proofErr w:type="gramEnd"/>
      <w:r w:rsidRPr="00157592">
        <w:rPr>
          <w:rFonts w:ascii="Times New Roman" w:hAnsi="Times New Roman" w:cs="Times New Roman"/>
          <w:sz w:val="24"/>
          <w:szCs w:val="24"/>
        </w:rPr>
        <w:t xml:space="preserve"> </w:t>
      </w:r>
      <w:proofErr w:type="gramStart"/>
      <w:r w:rsidRPr="00157592">
        <w:rPr>
          <w:rFonts w:ascii="Times New Roman" w:hAnsi="Times New Roman" w:cs="Times New Roman"/>
          <w:sz w:val="24"/>
          <w:szCs w:val="24"/>
        </w:rPr>
        <w:t>resubmit</w:t>
      </w:r>
      <w:proofErr w:type="gramEnd"/>
      <w:r w:rsidRPr="00157592">
        <w:rPr>
          <w:rFonts w:ascii="Times New Roman" w:hAnsi="Times New Roman" w:cs="Times New Roman"/>
          <w:sz w:val="24"/>
          <w:szCs w:val="24"/>
        </w:rPr>
        <w:t xml:space="preserve"> your full paper. This will enable us to maintain uniformity in the conference proceedings as well as in the post-conference luxurious books by Press. Thank you for your cooperation and contribution. We are looking forward to seeing you at the Conference.</w:t>
      </w:r>
    </w:p>
    <w:p w14:paraId="08608CEF" w14:textId="77777777" w:rsidR="00031BA6" w:rsidRPr="00157592" w:rsidRDefault="00031BA6" w:rsidP="00BE04D4">
      <w:pPr>
        <w:spacing w:after="0" w:line="240" w:lineRule="auto"/>
        <w:ind w:firstLine="284"/>
        <w:jc w:val="both"/>
        <w:rPr>
          <w:rFonts w:ascii="Times New Roman" w:hAnsi="Times New Roman" w:cs="Times New Roman"/>
          <w:sz w:val="24"/>
          <w:szCs w:val="24"/>
        </w:rPr>
      </w:pPr>
    </w:p>
    <w:p w14:paraId="7B0B707B" w14:textId="77777777" w:rsidR="00031BA6" w:rsidRPr="00157592" w:rsidRDefault="00031BA6" w:rsidP="00BE04D4">
      <w:pPr>
        <w:spacing w:after="0" w:line="240" w:lineRule="auto"/>
        <w:ind w:firstLine="284"/>
        <w:jc w:val="both"/>
        <w:rPr>
          <w:rFonts w:ascii="Times New Roman" w:hAnsi="Times New Roman" w:cs="Times New Roman"/>
          <w:i/>
          <w:iCs/>
          <w:sz w:val="24"/>
          <w:szCs w:val="24"/>
        </w:rPr>
      </w:pPr>
      <w:r w:rsidRPr="00157592">
        <w:rPr>
          <w:rFonts w:ascii="Times New Roman" w:hAnsi="Times New Roman" w:cs="Times New Roman"/>
          <w:i/>
          <w:iCs/>
          <w:sz w:val="24"/>
          <w:szCs w:val="24"/>
        </w:rPr>
        <w:t>Acknowledgement:</w:t>
      </w:r>
    </w:p>
    <w:p w14:paraId="00E71FB7" w14:textId="77777777" w:rsidR="00031BA6" w:rsidRPr="00157592" w:rsidRDefault="00031BA6" w:rsidP="00BE04D4">
      <w:pPr>
        <w:spacing w:after="0" w:line="240" w:lineRule="auto"/>
        <w:ind w:firstLine="284"/>
        <w:jc w:val="both"/>
        <w:rPr>
          <w:rFonts w:ascii="Times New Roman" w:hAnsi="Times New Roman" w:cs="Times New Roman"/>
          <w:iCs/>
          <w:sz w:val="24"/>
          <w:szCs w:val="24"/>
        </w:rPr>
      </w:pPr>
      <w:r w:rsidRPr="00157592">
        <w:rPr>
          <w:rFonts w:ascii="Times New Roman" w:hAnsi="Times New Roman" w:cs="Times New Roman"/>
          <w:iCs/>
          <w:sz w:val="24"/>
          <w:szCs w:val="24"/>
        </w:rPr>
        <w:t>It is an optional section where the authors may write a short text on what should be acknowledged regarding their manuscript.</w:t>
      </w:r>
    </w:p>
    <w:p w14:paraId="3DB85ADD" w14:textId="77777777" w:rsidR="00031BA6" w:rsidRPr="00157592" w:rsidRDefault="00031BA6" w:rsidP="00BE04D4">
      <w:pPr>
        <w:spacing w:after="0" w:line="240" w:lineRule="auto"/>
        <w:ind w:firstLine="284"/>
        <w:jc w:val="both"/>
        <w:rPr>
          <w:rFonts w:ascii="Times New Roman" w:hAnsi="Times New Roman" w:cs="Times New Roman"/>
          <w:iCs/>
          <w:sz w:val="24"/>
          <w:szCs w:val="24"/>
        </w:rPr>
      </w:pPr>
    </w:p>
    <w:p w14:paraId="04BF7F83" w14:textId="77777777" w:rsidR="00031BA6" w:rsidRPr="00157592" w:rsidRDefault="00031BA6" w:rsidP="00BE04D4">
      <w:pPr>
        <w:spacing w:after="0" w:line="240" w:lineRule="auto"/>
        <w:ind w:firstLine="284"/>
        <w:jc w:val="both"/>
        <w:rPr>
          <w:rFonts w:ascii="Times New Roman" w:hAnsi="Times New Roman" w:cs="Times New Roman"/>
          <w:i/>
          <w:iCs/>
          <w:sz w:val="24"/>
          <w:szCs w:val="24"/>
        </w:rPr>
      </w:pPr>
      <w:r w:rsidRPr="00157592">
        <w:rPr>
          <w:rFonts w:ascii="Times New Roman" w:hAnsi="Times New Roman" w:cs="Times New Roman"/>
          <w:i/>
          <w:iCs/>
          <w:sz w:val="24"/>
          <w:szCs w:val="24"/>
        </w:rPr>
        <w:t>References:</w:t>
      </w:r>
    </w:p>
    <w:p w14:paraId="418B88B3" w14:textId="76461C6A" w:rsidR="00031BA6" w:rsidRPr="00157592" w:rsidRDefault="00031BA6" w:rsidP="00B05ED1">
      <w:pPr>
        <w:pStyle w:val="affc"/>
        <w:numPr>
          <w:ilvl w:val="0"/>
          <w:numId w:val="14"/>
        </w:numPr>
        <w:tabs>
          <w:tab w:val="left" w:pos="426"/>
        </w:tabs>
        <w:spacing w:before="0" w:after="0" w:line="240" w:lineRule="auto"/>
        <w:ind w:left="0" w:firstLine="284"/>
        <w:rPr>
          <w:rFonts w:ascii="Times New Roman" w:hAnsi="Times New Roman" w:cs="Times New Roman"/>
          <w:lang w:val="en-US"/>
        </w:rPr>
      </w:pPr>
      <w:r w:rsidRPr="00157592">
        <w:rPr>
          <w:rFonts w:ascii="Times New Roman" w:hAnsi="Times New Roman" w:cs="Times New Roman"/>
          <w:lang w:val="en-US"/>
        </w:rPr>
        <w:t xml:space="preserve">Author, Title of the Paper, </w:t>
      </w:r>
      <w:r w:rsidRPr="00157592">
        <w:rPr>
          <w:rFonts w:ascii="Times New Roman" w:hAnsi="Times New Roman" w:cs="Times New Roman"/>
          <w:i/>
          <w:iCs/>
          <w:lang w:val="en-US"/>
        </w:rPr>
        <w:t>International Journal of Science and Technology</w:t>
      </w:r>
      <w:r w:rsidRPr="00157592">
        <w:rPr>
          <w:rFonts w:ascii="Times New Roman" w:hAnsi="Times New Roman" w:cs="Times New Roman"/>
          <w:lang w:val="en-US"/>
        </w:rPr>
        <w:t xml:space="preserve">, </w:t>
      </w:r>
      <w:proofErr w:type="spellStart"/>
      <w:r w:rsidRPr="00157592">
        <w:rPr>
          <w:rFonts w:ascii="Times New Roman" w:hAnsi="Times New Roman" w:cs="Times New Roman"/>
          <w:lang w:val="en-US"/>
        </w:rPr>
        <w:t>Vol.X</w:t>
      </w:r>
      <w:proofErr w:type="spellEnd"/>
      <w:r w:rsidRPr="00157592">
        <w:rPr>
          <w:rFonts w:ascii="Times New Roman" w:hAnsi="Times New Roman" w:cs="Times New Roman"/>
          <w:lang w:val="en-US"/>
        </w:rPr>
        <w:t xml:space="preserve">, </w:t>
      </w:r>
      <w:proofErr w:type="spellStart"/>
      <w:r w:rsidRPr="00157592">
        <w:rPr>
          <w:rFonts w:ascii="Times New Roman" w:hAnsi="Times New Roman" w:cs="Times New Roman"/>
          <w:lang w:val="en-US"/>
        </w:rPr>
        <w:t>No.X</w:t>
      </w:r>
      <w:proofErr w:type="spellEnd"/>
      <w:r w:rsidRPr="00157592">
        <w:rPr>
          <w:rFonts w:ascii="Times New Roman" w:hAnsi="Times New Roman" w:cs="Times New Roman"/>
          <w:lang w:val="en-US"/>
        </w:rPr>
        <w:t>, 200X, pp. XXX-XXX.</w:t>
      </w:r>
      <w:r w:rsidR="00537A41">
        <w:rPr>
          <w:rFonts w:ascii="Times New Roman" w:hAnsi="Times New Roman" w:cs="Times New Roman"/>
          <w:lang w:val="en-US"/>
        </w:rPr>
        <w:t xml:space="preserve"> DOI: XXX</w:t>
      </w:r>
    </w:p>
    <w:p w14:paraId="21081924" w14:textId="77777777" w:rsidR="00031BA6" w:rsidRPr="00157592" w:rsidRDefault="00031BA6" w:rsidP="00B05ED1">
      <w:pPr>
        <w:pStyle w:val="affc"/>
        <w:numPr>
          <w:ilvl w:val="0"/>
          <w:numId w:val="14"/>
        </w:numPr>
        <w:tabs>
          <w:tab w:val="left" w:pos="426"/>
        </w:tabs>
        <w:spacing w:before="0" w:after="0" w:line="240" w:lineRule="auto"/>
        <w:ind w:left="0" w:firstLine="284"/>
        <w:rPr>
          <w:rFonts w:ascii="Times New Roman" w:hAnsi="Times New Roman" w:cs="Times New Roman"/>
        </w:rPr>
      </w:pPr>
      <w:r w:rsidRPr="00157592">
        <w:rPr>
          <w:rFonts w:ascii="Times New Roman" w:hAnsi="Times New Roman" w:cs="Times New Roman"/>
          <w:lang w:val="en-US"/>
        </w:rPr>
        <w:t xml:space="preserve">Author, </w:t>
      </w:r>
      <w:r w:rsidRPr="00157592">
        <w:rPr>
          <w:rFonts w:ascii="Times New Roman" w:hAnsi="Times New Roman" w:cs="Times New Roman"/>
          <w:i/>
          <w:iCs/>
          <w:lang w:val="en-US"/>
        </w:rPr>
        <w:t>Title of the Book</w:t>
      </w:r>
      <w:r w:rsidRPr="00157592">
        <w:rPr>
          <w:rFonts w:ascii="Times New Roman" w:hAnsi="Times New Roman" w:cs="Times New Roman"/>
          <w:lang w:val="en-US"/>
        </w:rPr>
        <w:t>, Publishing House, 200X.</w:t>
      </w:r>
    </w:p>
    <w:p w14:paraId="4EB932F3" w14:textId="77777777" w:rsidR="00031BA6" w:rsidRPr="00157592" w:rsidRDefault="00031BA6" w:rsidP="00BE04D4">
      <w:pPr>
        <w:pStyle w:val="affc"/>
        <w:tabs>
          <w:tab w:val="left" w:pos="426"/>
          <w:tab w:val="left" w:pos="720"/>
        </w:tabs>
        <w:spacing w:before="0" w:after="0" w:line="240" w:lineRule="auto"/>
        <w:ind w:left="426" w:firstLine="284"/>
        <w:rPr>
          <w:rFonts w:ascii="Times New Roman" w:hAnsi="Times New Roman" w:cs="Times New Roman"/>
        </w:rPr>
      </w:pPr>
    </w:p>
    <w:p w14:paraId="31E468F3"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rPr>
      </w:pPr>
    </w:p>
    <w:p w14:paraId="229AEF7F"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b/>
          <w:bCs/>
          <w:lang w:val="en-US"/>
        </w:rPr>
      </w:pPr>
      <w:r w:rsidRPr="00157592">
        <w:rPr>
          <w:rFonts w:ascii="Times New Roman" w:hAnsi="Times New Roman" w:cs="Times New Roman"/>
          <w:b/>
          <w:bCs/>
          <w:lang w:val="en-US"/>
        </w:rPr>
        <w:t>Contribution of Individual Authors to the Creation of a Scientific Article (Ghostwriting Policy)</w:t>
      </w:r>
    </w:p>
    <w:p w14:paraId="2CE29DF9"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b/>
          <w:color w:val="FF0000"/>
        </w:rPr>
      </w:pPr>
      <w:r w:rsidRPr="00157592">
        <w:rPr>
          <w:rFonts w:ascii="Times New Roman" w:hAnsi="Times New Roman" w:cs="Times New Roman"/>
          <w:b/>
          <w:color w:val="FF0000"/>
        </w:rPr>
        <w:t>Please, indicate the role and the contribution of each author:</w:t>
      </w:r>
    </w:p>
    <w:p w14:paraId="0CD33433"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color w:val="FF0000"/>
        </w:rPr>
      </w:pPr>
    </w:p>
    <w:p w14:paraId="7B0370E9" w14:textId="77777777" w:rsidR="003D4A8A" w:rsidRPr="003D4A8A" w:rsidRDefault="003D4A8A" w:rsidP="00BE04D4">
      <w:pPr>
        <w:pStyle w:val="21"/>
        <w:shd w:val="clear" w:color="auto" w:fill="FFFFFF"/>
        <w:spacing w:before="0"/>
        <w:ind w:firstLine="284"/>
        <w:jc w:val="both"/>
        <w:rPr>
          <w:rFonts w:ascii="Times New Roman" w:hAnsi="Times New Roman" w:cs="Times New Roman"/>
          <w:color w:val="006666"/>
          <w:sz w:val="24"/>
          <w:szCs w:val="24"/>
        </w:rPr>
      </w:pPr>
      <w:r w:rsidRPr="003D4A8A">
        <w:rPr>
          <w:rFonts w:ascii="Times New Roman" w:hAnsi="Times New Roman" w:cs="Times New Roman"/>
          <w:color w:val="006666"/>
          <w:sz w:val="24"/>
          <w:szCs w:val="24"/>
        </w:rPr>
        <w:t>Author Contributions</w:t>
      </w:r>
    </w:p>
    <w:p w14:paraId="4E0F9CB8" w14:textId="77777777" w:rsidR="003D4A8A" w:rsidRPr="003D4A8A" w:rsidRDefault="003D4A8A" w:rsidP="00BE04D4">
      <w:pPr>
        <w:spacing w:after="0" w:line="240" w:lineRule="auto"/>
        <w:ind w:left="284" w:firstLine="284"/>
        <w:jc w:val="both"/>
        <w:rPr>
          <w:rFonts w:ascii="Times New Roman" w:hAnsi="Times New Roman" w:cs="Times New Roman"/>
        </w:rPr>
      </w:pPr>
      <w:r w:rsidRPr="003D4A8A">
        <w:rPr>
          <w:rFonts w:ascii="Times New Roman" w:hAnsi="Times New Roman" w:cs="Times New Roman"/>
        </w:rPr>
        <w:t>Please specify the contribution of each author to the research and preparation of the manuscript.</w:t>
      </w:r>
    </w:p>
    <w:p w14:paraId="47FC2545" w14:textId="77777777" w:rsidR="003D4A8A" w:rsidRPr="003D4A8A" w:rsidRDefault="003D4A8A" w:rsidP="00BE04D4">
      <w:pPr>
        <w:spacing w:after="0" w:line="240" w:lineRule="auto"/>
        <w:ind w:left="284" w:firstLine="284"/>
        <w:jc w:val="both"/>
        <w:rPr>
          <w:rFonts w:ascii="Times New Roman" w:hAnsi="Times New Roman" w:cs="Times New Roman"/>
          <w:i/>
          <w:iCs/>
        </w:rPr>
      </w:pPr>
      <w:r w:rsidRPr="003D4A8A">
        <w:rPr>
          <w:rFonts w:ascii="Times New Roman" w:hAnsi="Times New Roman" w:cs="Times New Roman"/>
          <w:i/>
          <w:iCs/>
        </w:rPr>
        <w:t>Example:</w:t>
      </w:r>
    </w:p>
    <w:p w14:paraId="2F2EAD85" w14:textId="77777777" w:rsidR="003D4A8A" w:rsidRPr="003D4A8A" w:rsidRDefault="003D4A8A" w:rsidP="00BE04D4">
      <w:pPr>
        <w:spacing w:after="0" w:line="240" w:lineRule="auto"/>
        <w:ind w:left="284" w:firstLine="284"/>
        <w:jc w:val="both"/>
        <w:rPr>
          <w:rFonts w:ascii="Times New Roman" w:hAnsi="Times New Roman" w:cs="Times New Roman"/>
        </w:rPr>
      </w:pPr>
      <w:r w:rsidRPr="003D4A8A">
        <w:rPr>
          <w:rFonts w:ascii="Times New Roman" w:hAnsi="Times New Roman" w:cs="Times New Roman"/>
        </w:rPr>
        <w:t>Anar Aliyev developed the research concept and methodology.</w:t>
      </w:r>
    </w:p>
    <w:p w14:paraId="2CC39EE9" w14:textId="2ADF7F50" w:rsidR="003D4A8A" w:rsidRPr="003D4A8A" w:rsidRDefault="00B05ED1" w:rsidP="00BE04D4">
      <w:pPr>
        <w:spacing w:after="0" w:line="240" w:lineRule="auto"/>
        <w:ind w:left="284" w:firstLine="284"/>
        <w:jc w:val="both"/>
        <w:rPr>
          <w:rFonts w:ascii="Times New Roman" w:hAnsi="Times New Roman" w:cs="Times New Roman"/>
        </w:rPr>
      </w:pPr>
      <w:proofErr w:type="spellStart"/>
      <w:r>
        <w:rPr>
          <w:rFonts w:ascii="Times New Roman" w:hAnsi="Times New Roman" w:cs="Times New Roman"/>
          <w:lang w:val="az-Latn-AZ"/>
        </w:rPr>
        <w:t>Gulnara</w:t>
      </w:r>
      <w:proofErr w:type="spellEnd"/>
      <w:r>
        <w:rPr>
          <w:rFonts w:ascii="Times New Roman" w:hAnsi="Times New Roman" w:cs="Times New Roman"/>
          <w:lang w:val="az-Latn-AZ"/>
        </w:rPr>
        <w:t xml:space="preserve"> </w:t>
      </w:r>
      <w:r w:rsidR="003D4A8A" w:rsidRPr="003D4A8A">
        <w:rPr>
          <w:rFonts w:ascii="Times New Roman" w:hAnsi="Times New Roman" w:cs="Times New Roman"/>
        </w:rPr>
        <w:t>Mammadova collected the data and conducted the statistical analysis.</w:t>
      </w:r>
    </w:p>
    <w:p w14:paraId="67B41115" w14:textId="77777777" w:rsidR="003D4A8A" w:rsidRPr="003D4A8A" w:rsidRDefault="003D4A8A" w:rsidP="00BE04D4">
      <w:pPr>
        <w:spacing w:after="0" w:line="240" w:lineRule="auto"/>
        <w:ind w:left="284" w:firstLine="284"/>
        <w:jc w:val="both"/>
        <w:rPr>
          <w:rFonts w:ascii="Times New Roman" w:hAnsi="Times New Roman" w:cs="Times New Roman"/>
        </w:rPr>
      </w:pPr>
      <w:r w:rsidRPr="003D4A8A">
        <w:rPr>
          <w:rFonts w:ascii="Times New Roman" w:hAnsi="Times New Roman" w:cs="Times New Roman"/>
        </w:rPr>
        <w:t>Elchin Hasanov developed the software and prepared the visualizations.</w:t>
      </w:r>
    </w:p>
    <w:p w14:paraId="02003490" w14:textId="77777777" w:rsidR="003D4A8A" w:rsidRPr="003D4A8A" w:rsidRDefault="003D4A8A" w:rsidP="00BE04D4">
      <w:pPr>
        <w:spacing w:after="0" w:line="240" w:lineRule="auto"/>
        <w:ind w:left="284" w:firstLine="284"/>
        <w:jc w:val="both"/>
        <w:rPr>
          <w:rFonts w:ascii="Times New Roman" w:hAnsi="Times New Roman" w:cs="Times New Roman"/>
        </w:rPr>
      </w:pPr>
      <w:r w:rsidRPr="003D4A8A">
        <w:rPr>
          <w:rFonts w:ascii="Times New Roman" w:hAnsi="Times New Roman" w:cs="Times New Roman"/>
        </w:rPr>
        <w:t>All authors contributed to the discussion of the results and revision of the manuscript and approved its final version.</w:t>
      </w:r>
    </w:p>
    <w:p w14:paraId="5CED3B4C" w14:textId="77777777" w:rsidR="003D4A8A" w:rsidRPr="003D4A8A" w:rsidRDefault="003D4A8A" w:rsidP="00BE04D4">
      <w:pPr>
        <w:spacing w:after="0" w:line="240" w:lineRule="auto"/>
        <w:ind w:left="284" w:firstLine="284"/>
        <w:jc w:val="both"/>
        <w:rPr>
          <w:rFonts w:ascii="Times New Roman" w:hAnsi="Times New Roman" w:cs="Times New Roman"/>
        </w:rPr>
      </w:pPr>
      <w:r w:rsidRPr="003D4A8A">
        <w:rPr>
          <w:rFonts w:ascii="Times New Roman" w:hAnsi="Times New Roman" w:cs="Times New Roman"/>
        </w:rPr>
        <w:t xml:space="preserve">The </w:t>
      </w:r>
      <w:hyperlink r:id="rId12" w:tgtFrame="_new" w:history="1">
        <w:proofErr w:type="spellStart"/>
        <w:r w:rsidRPr="003D4A8A">
          <w:rPr>
            <w:rStyle w:val="aff9"/>
            <w:rFonts w:ascii="Times New Roman" w:hAnsi="Times New Roman" w:cs="Times New Roman"/>
          </w:rPr>
          <w:t>CRediT</w:t>
        </w:r>
        <w:proofErr w:type="spellEnd"/>
        <w:r w:rsidRPr="003D4A8A">
          <w:rPr>
            <w:rStyle w:val="aff9"/>
            <w:rFonts w:ascii="Times New Roman" w:hAnsi="Times New Roman" w:cs="Times New Roman"/>
          </w:rPr>
          <w:t xml:space="preserve"> Contributor Roles Taxonomy</w:t>
        </w:r>
      </w:hyperlink>
      <w:r w:rsidRPr="003D4A8A">
        <w:rPr>
          <w:rFonts w:ascii="Times New Roman" w:hAnsi="Times New Roman" w:cs="Times New Roman"/>
        </w:rPr>
        <w:t xml:space="preserve"> is recommended for describing each author’s contribution.</w:t>
      </w:r>
    </w:p>
    <w:p w14:paraId="01797C35" w14:textId="77777777" w:rsidR="003D4A8A" w:rsidRPr="00B0379E" w:rsidRDefault="003D4A8A" w:rsidP="00BE04D4">
      <w:pPr>
        <w:pStyle w:val="21"/>
        <w:shd w:val="clear" w:color="auto" w:fill="FFFFFF"/>
        <w:spacing w:before="0"/>
        <w:ind w:firstLine="284"/>
        <w:jc w:val="both"/>
        <w:rPr>
          <w:rFonts w:ascii="Times New Roman" w:hAnsi="Times New Roman" w:cs="Times New Roman"/>
          <w:color w:val="006666"/>
          <w:sz w:val="24"/>
          <w:szCs w:val="24"/>
        </w:rPr>
      </w:pPr>
    </w:p>
    <w:p w14:paraId="6AD3F1B7" w14:textId="74B5E75B" w:rsidR="00031BA6" w:rsidRPr="003D4A8A" w:rsidRDefault="00031BA6" w:rsidP="00BE04D4">
      <w:pPr>
        <w:pStyle w:val="21"/>
        <w:shd w:val="clear" w:color="auto" w:fill="FFFFFF"/>
        <w:spacing w:before="0"/>
        <w:ind w:firstLine="284"/>
        <w:jc w:val="both"/>
        <w:rPr>
          <w:rFonts w:ascii="Times New Roman" w:hAnsi="Times New Roman" w:cs="Times New Roman"/>
          <w:color w:val="006666"/>
          <w:sz w:val="24"/>
          <w:szCs w:val="24"/>
          <w:lang w:val="en-GB"/>
        </w:rPr>
      </w:pPr>
      <w:r w:rsidRPr="003D4A8A">
        <w:rPr>
          <w:rFonts w:ascii="Times New Roman" w:hAnsi="Times New Roman" w:cs="Times New Roman"/>
          <w:color w:val="006666"/>
          <w:sz w:val="24"/>
          <w:szCs w:val="24"/>
          <w:lang w:val="en-GB"/>
        </w:rPr>
        <w:t>Please visit Contributor Roles Taxonomy (</w:t>
      </w:r>
      <w:proofErr w:type="spellStart"/>
      <w:r w:rsidRPr="003D4A8A">
        <w:rPr>
          <w:rFonts w:ascii="Times New Roman" w:hAnsi="Times New Roman" w:cs="Times New Roman"/>
          <w:color w:val="006666"/>
          <w:sz w:val="24"/>
          <w:szCs w:val="24"/>
          <w:lang w:val="en-GB"/>
        </w:rPr>
        <w:t>CRediT</w:t>
      </w:r>
      <w:proofErr w:type="spellEnd"/>
      <w:r w:rsidRPr="003D4A8A">
        <w:rPr>
          <w:rFonts w:ascii="Times New Roman" w:hAnsi="Times New Roman" w:cs="Times New Roman"/>
          <w:color w:val="006666"/>
          <w:sz w:val="24"/>
          <w:szCs w:val="24"/>
          <w:lang w:val="en-GB"/>
        </w:rPr>
        <w:t xml:space="preserve">) that contains several roles: </w:t>
      </w:r>
    </w:p>
    <w:p w14:paraId="5FECECCB" w14:textId="50724F3D" w:rsidR="00031BA6" w:rsidRPr="003D4A8A" w:rsidRDefault="00031BA6" w:rsidP="00BE04D4">
      <w:pPr>
        <w:pStyle w:val="21"/>
        <w:shd w:val="clear" w:color="auto" w:fill="FFFFFF"/>
        <w:spacing w:before="0"/>
        <w:ind w:firstLine="284"/>
        <w:jc w:val="both"/>
        <w:rPr>
          <w:rFonts w:ascii="Times New Roman" w:hAnsi="Times New Roman" w:cs="Times New Roman"/>
          <w:color w:val="006666"/>
          <w:sz w:val="24"/>
          <w:szCs w:val="24"/>
          <w:lang w:val="en-GB"/>
        </w:rPr>
      </w:pPr>
      <w:hyperlink r:id="rId13" w:history="1">
        <w:r w:rsidRPr="003D4A8A">
          <w:rPr>
            <w:rStyle w:val="aff9"/>
            <w:rFonts w:ascii="Times New Roman" w:hAnsi="Times New Roman" w:cs="Times New Roman"/>
            <w:color w:val="006666"/>
            <w:sz w:val="24"/>
            <w:szCs w:val="24"/>
            <w:u w:val="none"/>
            <w:lang w:val="en-GB"/>
          </w:rPr>
          <w:t>www.wseas.org/multimedia/contributor-role-instruction.pdf</w:t>
        </w:r>
      </w:hyperlink>
    </w:p>
    <w:p w14:paraId="1F45221B"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rPr>
      </w:pPr>
    </w:p>
    <w:p w14:paraId="3A3A310A"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b/>
        </w:rPr>
      </w:pPr>
      <w:r w:rsidRPr="00D25585">
        <w:rPr>
          <w:rFonts w:ascii="Times New Roman" w:hAnsi="Times New Roman" w:cs="Times New Roman"/>
          <w:b/>
        </w:rPr>
        <w:t>Alternatively, the following text will be published:</w:t>
      </w:r>
    </w:p>
    <w:p w14:paraId="65780E31"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rPr>
      </w:pPr>
      <w:r w:rsidRPr="00157592">
        <w:rPr>
          <w:rFonts w:ascii="Times New Roman" w:hAnsi="Times New Roman" w:cs="Times New Roman"/>
        </w:rPr>
        <w:t xml:space="preserve">The authors equally contributed </w:t>
      </w:r>
      <w:proofErr w:type="gramStart"/>
      <w:r w:rsidRPr="00157592">
        <w:rPr>
          <w:rFonts w:ascii="Times New Roman" w:hAnsi="Times New Roman" w:cs="Times New Roman"/>
        </w:rPr>
        <w:t>in</w:t>
      </w:r>
      <w:proofErr w:type="gramEnd"/>
      <w:r w:rsidRPr="00157592">
        <w:rPr>
          <w:rFonts w:ascii="Times New Roman" w:hAnsi="Times New Roman" w:cs="Times New Roman"/>
        </w:rPr>
        <w:t xml:space="preserve"> the present research, at all stages from the formulation of the problem to the final findings and solution.</w:t>
      </w:r>
    </w:p>
    <w:p w14:paraId="49C56B88"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rPr>
      </w:pPr>
    </w:p>
    <w:p w14:paraId="35BB124E"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rPr>
      </w:pPr>
    </w:p>
    <w:p w14:paraId="508F3806"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b/>
          <w:bCs/>
          <w:lang w:val="en-US"/>
        </w:rPr>
      </w:pPr>
      <w:r w:rsidRPr="00157592">
        <w:rPr>
          <w:rFonts w:ascii="Times New Roman" w:hAnsi="Times New Roman" w:cs="Times New Roman"/>
          <w:b/>
          <w:bCs/>
          <w:lang w:val="en-US"/>
        </w:rPr>
        <w:t>Sources of Funding for Research Presented in a Scientific Article or Scientific Article Itself</w:t>
      </w:r>
    </w:p>
    <w:p w14:paraId="21652BBA"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b/>
          <w:color w:val="FF0000"/>
        </w:rPr>
      </w:pPr>
      <w:r w:rsidRPr="00157592">
        <w:rPr>
          <w:rFonts w:ascii="Times New Roman" w:hAnsi="Times New Roman" w:cs="Times New Roman"/>
          <w:b/>
          <w:color w:val="FF0000"/>
        </w:rPr>
        <w:t>Report potential sources of funding if there is any</w:t>
      </w:r>
    </w:p>
    <w:p w14:paraId="414B477A"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b/>
          <w:highlight w:val="yellow"/>
        </w:rPr>
      </w:pPr>
    </w:p>
    <w:p w14:paraId="0001E30C" w14:textId="77777777" w:rsidR="00031BA6" w:rsidRPr="00D25585" w:rsidRDefault="00031BA6" w:rsidP="00BE04D4">
      <w:pPr>
        <w:pStyle w:val="affc"/>
        <w:tabs>
          <w:tab w:val="left" w:pos="426"/>
          <w:tab w:val="left" w:pos="720"/>
        </w:tabs>
        <w:spacing w:before="0" w:after="0" w:line="240" w:lineRule="auto"/>
        <w:ind w:firstLine="284"/>
        <w:rPr>
          <w:rFonts w:ascii="Times New Roman" w:hAnsi="Times New Roman" w:cs="Times New Roman"/>
          <w:b/>
        </w:rPr>
      </w:pPr>
      <w:r w:rsidRPr="00D25585">
        <w:rPr>
          <w:rFonts w:ascii="Times New Roman" w:hAnsi="Times New Roman" w:cs="Times New Roman"/>
          <w:b/>
        </w:rPr>
        <w:t>Alternatively, in case of no funding the following text will be published:</w:t>
      </w:r>
    </w:p>
    <w:p w14:paraId="63700106"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color w:val="000000" w:themeColor="text1"/>
        </w:rPr>
      </w:pPr>
      <w:r w:rsidRPr="00157592">
        <w:rPr>
          <w:rFonts w:ascii="Times New Roman" w:hAnsi="Times New Roman" w:cs="Times New Roman"/>
          <w:color w:val="000000" w:themeColor="text1"/>
        </w:rPr>
        <w:t>No funding was received for conducting this study.</w:t>
      </w:r>
    </w:p>
    <w:p w14:paraId="5AE42FD3"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b/>
          <w:color w:val="FF0000"/>
        </w:rPr>
      </w:pPr>
    </w:p>
    <w:p w14:paraId="7D34A16D"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b/>
          <w:color w:val="000000" w:themeColor="text1"/>
        </w:rPr>
      </w:pPr>
      <w:r w:rsidRPr="00157592">
        <w:rPr>
          <w:rFonts w:ascii="Times New Roman" w:hAnsi="Times New Roman" w:cs="Times New Roman"/>
          <w:b/>
          <w:color w:val="000000" w:themeColor="text1"/>
        </w:rPr>
        <w:t>Conflict of Interest</w:t>
      </w:r>
    </w:p>
    <w:p w14:paraId="6721DD70" w14:textId="77777777" w:rsidR="00031BA6" w:rsidRPr="00157592" w:rsidRDefault="00031BA6" w:rsidP="00BE04D4">
      <w:pPr>
        <w:pStyle w:val="aff8"/>
        <w:spacing w:before="0" w:beforeAutospacing="0" w:after="0" w:afterAutospacing="0"/>
        <w:ind w:firstLine="284"/>
        <w:jc w:val="both"/>
        <w:rPr>
          <w:b/>
          <w:iCs/>
          <w:color w:val="FF0000"/>
          <w:lang w:eastAsia="el-GR"/>
        </w:rPr>
      </w:pPr>
      <w:r w:rsidRPr="00157592">
        <w:rPr>
          <w:b/>
          <w:iCs/>
          <w:color w:val="FF0000"/>
          <w:lang w:eastAsia="el-GR"/>
        </w:rPr>
        <w:t>Please declare anything related to this study.</w:t>
      </w:r>
    </w:p>
    <w:p w14:paraId="193901DC" w14:textId="77777777" w:rsidR="00031BA6" w:rsidRPr="00157592" w:rsidRDefault="00031BA6" w:rsidP="00BE04D4">
      <w:pPr>
        <w:pStyle w:val="aff8"/>
        <w:spacing w:before="0" w:beforeAutospacing="0" w:after="0" w:afterAutospacing="0"/>
        <w:ind w:firstLine="284"/>
        <w:jc w:val="both"/>
        <w:rPr>
          <w:iCs/>
          <w:color w:val="FF0000"/>
          <w:lang w:eastAsia="el-GR"/>
        </w:rPr>
      </w:pPr>
    </w:p>
    <w:p w14:paraId="3B09052D" w14:textId="77777777" w:rsidR="00031BA6" w:rsidRPr="00D25585" w:rsidRDefault="00031BA6" w:rsidP="00BE04D4">
      <w:pPr>
        <w:pStyle w:val="affc"/>
        <w:tabs>
          <w:tab w:val="left" w:pos="426"/>
          <w:tab w:val="left" w:pos="720"/>
        </w:tabs>
        <w:spacing w:before="0" w:after="0" w:line="240" w:lineRule="auto"/>
        <w:ind w:firstLine="284"/>
        <w:rPr>
          <w:rFonts w:ascii="Times New Roman" w:hAnsi="Times New Roman" w:cs="Times New Roman"/>
          <w:b/>
        </w:rPr>
      </w:pPr>
      <w:r w:rsidRPr="00D25585">
        <w:rPr>
          <w:rFonts w:ascii="Times New Roman" w:hAnsi="Times New Roman" w:cs="Times New Roman"/>
          <w:b/>
        </w:rPr>
        <w:t>Alternatively, in case of no conflicts of interest the following text will be published:</w:t>
      </w:r>
    </w:p>
    <w:p w14:paraId="64186849" w14:textId="77777777" w:rsidR="00031BA6" w:rsidRPr="00157592" w:rsidRDefault="00031BA6" w:rsidP="00BE04D4">
      <w:pPr>
        <w:pStyle w:val="aff8"/>
        <w:spacing w:before="0" w:beforeAutospacing="0" w:after="0" w:afterAutospacing="0"/>
        <w:ind w:firstLine="284"/>
        <w:jc w:val="both"/>
        <w:rPr>
          <w:iCs/>
          <w:color w:val="FF0000"/>
          <w:lang w:eastAsia="el-GR"/>
        </w:rPr>
      </w:pPr>
      <w:r w:rsidRPr="00157592">
        <w:t>The authors have no conflicts of interest to declare that are relevant to the content of this article.</w:t>
      </w:r>
    </w:p>
    <w:p w14:paraId="1765A9AA" w14:textId="77777777" w:rsidR="00031BA6" w:rsidRPr="00157592" w:rsidRDefault="00031BA6" w:rsidP="00BE04D4">
      <w:pPr>
        <w:pStyle w:val="aff8"/>
        <w:spacing w:before="0" w:beforeAutospacing="0" w:after="0" w:afterAutospacing="0"/>
        <w:ind w:firstLine="284"/>
        <w:jc w:val="both"/>
        <w:rPr>
          <w:iCs/>
          <w:lang w:eastAsia="el-GR"/>
        </w:rPr>
      </w:pPr>
    </w:p>
    <w:p w14:paraId="322A9CE0"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b/>
          <w:color w:val="FF0000"/>
          <w:lang w:val="en-US"/>
        </w:rPr>
      </w:pPr>
    </w:p>
    <w:p w14:paraId="27D1071B" w14:textId="77777777" w:rsidR="00031BA6" w:rsidRPr="00157592" w:rsidRDefault="00031BA6" w:rsidP="00BE04D4">
      <w:pPr>
        <w:pStyle w:val="21"/>
        <w:shd w:val="clear" w:color="auto" w:fill="FFFFFF"/>
        <w:spacing w:before="0" w:line="240" w:lineRule="auto"/>
        <w:ind w:firstLine="284"/>
        <w:jc w:val="both"/>
        <w:rPr>
          <w:rFonts w:ascii="Times New Roman" w:hAnsi="Times New Roman" w:cs="Times New Roman"/>
          <w:b w:val="0"/>
          <w:bCs w:val="0"/>
          <w:sz w:val="24"/>
          <w:szCs w:val="24"/>
        </w:rPr>
      </w:pPr>
      <w:r w:rsidRPr="00157592">
        <w:rPr>
          <w:rFonts w:ascii="Times New Roman" w:hAnsi="Times New Roman" w:cs="Times New Roman"/>
          <w:sz w:val="24"/>
          <w:szCs w:val="24"/>
        </w:rPr>
        <w:t>Creative Commons Attribution License 4.0 (Attribution 4.0 International, CC BY 4.0)</w:t>
      </w:r>
    </w:p>
    <w:p w14:paraId="190A6676"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shd w:val="clear" w:color="auto" w:fill="FFFFFF"/>
        </w:rPr>
      </w:pPr>
      <w:r w:rsidRPr="00157592">
        <w:rPr>
          <w:rFonts w:ascii="Times New Roman" w:hAnsi="Times New Roman" w:cs="Times New Roman"/>
          <w:shd w:val="clear" w:color="auto" w:fill="FFFFFF"/>
        </w:rPr>
        <w:t>This article is published under the terms of the Creative Commons Attribution License 4.0</w:t>
      </w:r>
    </w:p>
    <w:p w14:paraId="3F097391" w14:textId="77777777" w:rsidR="00031BA6" w:rsidRPr="00157592" w:rsidRDefault="00031BA6" w:rsidP="00BE04D4">
      <w:pPr>
        <w:pStyle w:val="affc"/>
        <w:tabs>
          <w:tab w:val="left" w:pos="426"/>
          <w:tab w:val="left" w:pos="720"/>
        </w:tabs>
        <w:spacing w:before="0" w:after="0" w:line="240" w:lineRule="auto"/>
        <w:ind w:firstLine="284"/>
        <w:rPr>
          <w:rFonts w:ascii="Times New Roman" w:hAnsi="Times New Roman" w:cs="Times New Roman"/>
          <w:color w:val="20323E"/>
          <w:shd w:val="clear" w:color="auto" w:fill="FFFFFF"/>
        </w:rPr>
      </w:pPr>
      <w:hyperlink r:id="rId14" w:history="1">
        <w:r w:rsidRPr="00157592">
          <w:rPr>
            <w:rStyle w:val="aff9"/>
            <w:rFonts w:ascii="Times New Roman" w:hAnsi="Times New Roman" w:cs="Times New Roman"/>
            <w:shd w:val="clear" w:color="auto" w:fill="FFFFFF"/>
          </w:rPr>
          <w:t>https://creativecommons.org/licenses/by/4.0/deed.en_US</w:t>
        </w:r>
      </w:hyperlink>
    </w:p>
    <w:p w14:paraId="68A34C14" w14:textId="77777777" w:rsidR="00031BA6" w:rsidRPr="00EC56CA" w:rsidRDefault="00031BA6" w:rsidP="00BE04D4">
      <w:pPr>
        <w:pStyle w:val="21"/>
        <w:shd w:val="clear" w:color="auto" w:fill="FFFFFF"/>
        <w:spacing w:before="0" w:line="240" w:lineRule="auto"/>
        <w:ind w:firstLine="284"/>
        <w:jc w:val="both"/>
        <w:rPr>
          <w:color w:val="20323E"/>
          <w:sz w:val="22"/>
          <w:szCs w:val="22"/>
          <w:shd w:val="clear" w:color="auto" w:fill="FFFFFF"/>
          <w:lang w:val="en-GB"/>
        </w:rPr>
      </w:pPr>
    </w:p>
    <w:p w14:paraId="165E5F93" w14:textId="77777777" w:rsidR="00834189" w:rsidRPr="00031BA6" w:rsidRDefault="00834189" w:rsidP="00BE04D4">
      <w:pPr>
        <w:spacing w:after="0" w:line="240" w:lineRule="auto"/>
        <w:ind w:firstLine="284"/>
        <w:rPr>
          <w:rFonts w:ascii="Times New Roman" w:hAnsi="Times New Roman" w:cs="Times New Roman"/>
          <w:color w:val="000000" w:themeColor="text1"/>
          <w:spacing w:val="-4"/>
          <w:lang w:val="en-GB"/>
        </w:rPr>
      </w:pPr>
    </w:p>
    <w:p w14:paraId="17D962C4" w14:textId="77777777" w:rsidR="00834189" w:rsidRPr="00B32B32" w:rsidRDefault="00834189" w:rsidP="00BE04D4">
      <w:pPr>
        <w:spacing w:after="0" w:line="240" w:lineRule="auto"/>
        <w:ind w:firstLine="284"/>
        <w:rPr>
          <w:color w:val="000000" w:themeColor="text1"/>
          <w:spacing w:val="-4"/>
          <w:lang w:val="tr-TR"/>
        </w:rPr>
      </w:pPr>
    </w:p>
    <w:sectPr w:rsidR="00834189" w:rsidRPr="00B32B32" w:rsidSect="00834189">
      <w:type w:val="continuous"/>
      <w:pgSz w:w="11906" w:h="16838" w:code="9"/>
      <w:pgMar w:top="1134" w:right="1134" w:bottom="1134" w:left="1134" w:header="720" w:footer="720" w:gutter="0"/>
      <w:cols w:num="2"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BC6C3" w14:textId="77777777" w:rsidR="00451C6B" w:rsidRDefault="00451C6B" w:rsidP="008206B3">
      <w:pPr>
        <w:spacing w:after="0" w:line="240" w:lineRule="auto"/>
      </w:pPr>
      <w:r>
        <w:separator/>
      </w:r>
    </w:p>
  </w:endnote>
  <w:endnote w:type="continuationSeparator" w:id="0">
    <w:p w14:paraId="4B6B0511" w14:textId="77777777" w:rsidR="00451C6B" w:rsidRDefault="00451C6B" w:rsidP="00820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786190871"/>
      <w:docPartObj>
        <w:docPartGallery w:val="Page Numbers (Bottom of Page)"/>
        <w:docPartUnique/>
      </w:docPartObj>
    </w:sdtPr>
    <w:sdtEndPr>
      <w:rPr>
        <w:noProof/>
      </w:rPr>
    </w:sdtEndPr>
    <w:sdtContent>
      <w:p w14:paraId="31128929" w14:textId="6B4B1C5D" w:rsidR="00834189" w:rsidRPr="00834189" w:rsidRDefault="00834189">
        <w:pPr>
          <w:pStyle w:val="a7"/>
          <w:jc w:val="center"/>
          <w:rPr>
            <w:rFonts w:ascii="Times New Roman" w:hAnsi="Times New Roman" w:cs="Times New Roman"/>
            <w:sz w:val="24"/>
            <w:szCs w:val="24"/>
          </w:rPr>
        </w:pPr>
        <w:r w:rsidRPr="00834189">
          <w:rPr>
            <w:rFonts w:ascii="Times New Roman" w:hAnsi="Times New Roman" w:cs="Times New Roman"/>
            <w:sz w:val="24"/>
            <w:szCs w:val="24"/>
          </w:rPr>
          <w:fldChar w:fldCharType="begin"/>
        </w:r>
        <w:r w:rsidRPr="00834189">
          <w:rPr>
            <w:rFonts w:ascii="Times New Roman" w:hAnsi="Times New Roman" w:cs="Times New Roman"/>
            <w:sz w:val="24"/>
            <w:szCs w:val="24"/>
          </w:rPr>
          <w:instrText xml:space="preserve"> PAGE   \* MERGEFORMAT </w:instrText>
        </w:r>
        <w:r w:rsidRPr="00834189">
          <w:rPr>
            <w:rFonts w:ascii="Times New Roman" w:hAnsi="Times New Roman" w:cs="Times New Roman"/>
            <w:sz w:val="24"/>
            <w:szCs w:val="24"/>
          </w:rPr>
          <w:fldChar w:fldCharType="separate"/>
        </w:r>
        <w:r w:rsidRPr="00834189">
          <w:rPr>
            <w:rFonts w:ascii="Times New Roman" w:hAnsi="Times New Roman" w:cs="Times New Roman"/>
            <w:noProof/>
            <w:sz w:val="24"/>
            <w:szCs w:val="24"/>
          </w:rPr>
          <w:t>2</w:t>
        </w:r>
        <w:r w:rsidRPr="00834189">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1C872" w14:textId="77777777" w:rsidR="00451C6B" w:rsidRDefault="00451C6B" w:rsidP="008206B3">
      <w:pPr>
        <w:spacing w:after="0" w:line="240" w:lineRule="auto"/>
      </w:pPr>
      <w:r>
        <w:separator/>
      </w:r>
    </w:p>
  </w:footnote>
  <w:footnote w:type="continuationSeparator" w:id="0">
    <w:p w14:paraId="6996367F" w14:textId="77777777" w:rsidR="00451C6B" w:rsidRDefault="00451C6B" w:rsidP="00820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3D11" w14:textId="48EABCE1" w:rsidR="00020D41" w:rsidRDefault="00926A2C">
    <w:pPr>
      <w:pStyle w:val="a5"/>
      <w:rPr>
        <w:lang w:val="ru-RU"/>
      </w:rPr>
    </w:pPr>
    <w:r>
      <w:rPr>
        <w:noProof/>
      </w:rPr>
      <mc:AlternateContent>
        <mc:Choice Requires="wps">
          <w:drawing>
            <wp:anchor distT="0" distB="0" distL="114300" distR="114300" simplePos="0" relativeHeight="251661312" behindDoc="0" locked="0" layoutInCell="1" allowOverlap="1" wp14:anchorId="23B1282D" wp14:editId="1F216899">
              <wp:simplePos x="0" y="0"/>
              <wp:positionH relativeFrom="column">
                <wp:posOffset>13335</wp:posOffset>
              </wp:positionH>
              <wp:positionV relativeFrom="paragraph">
                <wp:posOffset>76199</wp:posOffset>
              </wp:positionV>
              <wp:extent cx="6124575" cy="276225"/>
              <wp:effectExtent l="0" t="0" r="9525" b="9525"/>
              <wp:wrapNone/>
              <wp:docPr id="1626704899" name="Прямоугольник 2"/>
              <wp:cNvGraphicFramePr/>
              <a:graphic xmlns:a="http://schemas.openxmlformats.org/drawingml/2006/main">
                <a:graphicData uri="http://schemas.microsoft.com/office/word/2010/wordprocessingShape">
                  <wps:wsp>
                    <wps:cNvSpPr/>
                    <wps:spPr>
                      <a:xfrm>
                        <a:off x="0" y="0"/>
                        <a:ext cx="6124575" cy="2762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65A7E0F" w14:textId="20446539" w:rsidR="00926A2C" w:rsidRPr="00926A2C" w:rsidRDefault="00B05ED1" w:rsidP="00926A2C">
                          <w:pPr>
                            <w:spacing w:after="0" w:line="240" w:lineRule="auto"/>
                            <w:rPr>
                              <w:rFonts w:ascii="Times New Roman" w:hAnsi="Times New Roman" w:cs="Times New Roman"/>
                              <w:b/>
                              <w:bCs/>
                              <w:i/>
                              <w:iCs/>
                              <w:color w:val="004442"/>
                              <w:sz w:val="18"/>
                              <w:szCs w:val="18"/>
                              <w:lang w:val="az-Latn-AZ"/>
                            </w:rPr>
                          </w:pPr>
                          <w:r w:rsidRPr="00B05ED1">
                            <w:rPr>
                              <w:rFonts w:ascii="Times New Roman" w:hAnsi="Times New Roman" w:cs="Times New Roman"/>
                              <w:b/>
                              <w:bCs/>
                              <w:i/>
                              <w:iCs/>
                              <w:color w:val="004442"/>
                              <w:sz w:val="18"/>
                              <w:szCs w:val="18"/>
                            </w:rPr>
                            <w:t>AUTHORS' NAMES</w:t>
                          </w:r>
                          <w:r w:rsidR="00926A2C" w:rsidRPr="00926A2C">
                            <w:rPr>
                              <w:rFonts w:ascii="Times New Roman" w:hAnsi="Times New Roman" w:cs="Times New Roman"/>
                              <w:b/>
                              <w:bCs/>
                              <w:i/>
                              <w:iCs/>
                              <w:color w:val="004442"/>
                              <w:sz w:val="18"/>
                              <w:szCs w:val="18"/>
                            </w:rPr>
                            <w:t xml:space="preserve">. </w:t>
                          </w:r>
                          <w:proofErr w:type="spellStart"/>
                          <w:r w:rsidRPr="00B05ED1">
                            <w:rPr>
                              <w:rFonts w:ascii="Times New Roman" w:hAnsi="Times New Roman" w:cs="Times New Roman"/>
                              <w:b/>
                              <w:bCs/>
                              <w:i/>
                              <w:iCs/>
                              <w:color w:val="004442"/>
                              <w:sz w:val="18"/>
                              <w:szCs w:val="18"/>
                              <w:lang w:val="az-Latn-AZ"/>
                            </w:rPr>
                            <w:t>Title</w:t>
                          </w:r>
                          <w:proofErr w:type="spellEnd"/>
                          <w:r w:rsidRPr="00B05ED1">
                            <w:rPr>
                              <w:rFonts w:ascii="Times New Roman" w:hAnsi="Times New Roman" w:cs="Times New Roman"/>
                              <w:b/>
                              <w:bCs/>
                              <w:i/>
                              <w:iCs/>
                              <w:color w:val="004442"/>
                              <w:sz w:val="18"/>
                              <w:szCs w:val="18"/>
                              <w:lang w:val="az-Latn-AZ"/>
                            </w:rPr>
                            <w:t xml:space="preserve"> of </w:t>
                          </w:r>
                          <w:proofErr w:type="spellStart"/>
                          <w:r w:rsidRPr="00B05ED1">
                            <w:rPr>
                              <w:rFonts w:ascii="Times New Roman" w:hAnsi="Times New Roman" w:cs="Times New Roman"/>
                              <w:b/>
                              <w:bCs/>
                              <w:i/>
                              <w:iCs/>
                              <w:color w:val="004442"/>
                              <w:sz w:val="18"/>
                              <w:szCs w:val="18"/>
                              <w:lang w:val="az-Latn-AZ"/>
                            </w:rPr>
                            <w:t>the</w:t>
                          </w:r>
                          <w:proofErr w:type="spellEnd"/>
                          <w:r w:rsidRPr="00B05ED1">
                            <w:rPr>
                              <w:rFonts w:ascii="Times New Roman" w:hAnsi="Times New Roman" w:cs="Times New Roman"/>
                              <w:b/>
                              <w:bCs/>
                              <w:i/>
                              <w:iCs/>
                              <w:color w:val="004442"/>
                              <w:sz w:val="18"/>
                              <w:szCs w:val="18"/>
                              <w:lang w:val="az-Latn-AZ"/>
                            </w:rPr>
                            <w:t xml:space="preserve"> </w:t>
                          </w:r>
                          <w:proofErr w:type="spellStart"/>
                          <w:r w:rsidRPr="00B05ED1">
                            <w:rPr>
                              <w:rFonts w:ascii="Times New Roman" w:hAnsi="Times New Roman" w:cs="Times New Roman"/>
                              <w:b/>
                              <w:bCs/>
                              <w:i/>
                              <w:iCs/>
                              <w:color w:val="004442"/>
                              <w:sz w:val="18"/>
                              <w:szCs w:val="18"/>
                              <w:lang w:val="az-Latn-AZ"/>
                            </w:rPr>
                            <w:t>Paper</w:t>
                          </w:r>
                          <w:proofErr w:type="spellEnd"/>
                        </w:p>
                        <w:p w14:paraId="46A9587F" w14:textId="165B2085" w:rsidR="00020D41" w:rsidRPr="00926A2C" w:rsidRDefault="00020D41" w:rsidP="008206B3">
                          <w:pPr>
                            <w:jc w:val="center"/>
                            <w:rPr>
                              <w:rFonts w:ascii="Times New Roman" w:hAnsi="Times New Roman" w:cs="Times New Roman"/>
                              <w:i/>
                              <w:iCs/>
                              <w:color w:val="006666"/>
                              <w:sz w:val="24"/>
                              <w:szCs w:val="24"/>
                              <w:lang w:val="az-Latn-A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1282D" id="Прямоугольник 2" o:spid="_x0000_s1026" style="position:absolute;margin-left:1.05pt;margin-top:6pt;width:482.2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" fillcolor="white [3201]" stroked="f" strokeweight="2pt">
              <v:textbox>
                <w:txbxContent>
                  <w:p w14:paraId="465A7E0F" w14:textId="20446539" w:rsidR="00926A2C" w:rsidRPr="00926A2C" w:rsidRDefault="00B05ED1" w:rsidP="00926A2C">
                    <w:pPr>
                      <w:spacing w:after="0" w:line="240" w:lineRule="auto"/>
                      <w:rPr>
                        <w:rFonts w:ascii="Times New Roman" w:hAnsi="Times New Roman" w:cs="Times New Roman"/>
                        <w:b/>
                        <w:bCs/>
                        <w:i/>
                        <w:iCs/>
                        <w:color w:val="004442"/>
                        <w:sz w:val="18"/>
                        <w:szCs w:val="18"/>
                        <w:lang w:val="az-Latn-AZ"/>
                      </w:rPr>
                    </w:pPr>
                    <w:r w:rsidRPr="00B05ED1">
                      <w:rPr>
                        <w:rFonts w:ascii="Times New Roman" w:hAnsi="Times New Roman" w:cs="Times New Roman"/>
                        <w:b/>
                        <w:bCs/>
                        <w:i/>
                        <w:iCs/>
                        <w:color w:val="004442"/>
                        <w:sz w:val="18"/>
                        <w:szCs w:val="18"/>
                      </w:rPr>
                      <w:t>AUTHORS' NAMES</w:t>
                    </w:r>
                    <w:r w:rsidR="00926A2C" w:rsidRPr="00926A2C">
                      <w:rPr>
                        <w:rFonts w:ascii="Times New Roman" w:hAnsi="Times New Roman" w:cs="Times New Roman"/>
                        <w:b/>
                        <w:bCs/>
                        <w:i/>
                        <w:iCs/>
                        <w:color w:val="004442"/>
                        <w:sz w:val="18"/>
                        <w:szCs w:val="18"/>
                      </w:rPr>
                      <w:t xml:space="preserve">. </w:t>
                    </w:r>
                    <w:proofErr w:type="spellStart"/>
                    <w:r w:rsidRPr="00B05ED1">
                      <w:rPr>
                        <w:rFonts w:ascii="Times New Roman" w:hAnsi="Times New Roman" w:cs="Times New Roman"/>
                        <w:b/>
                        <w:bCs/>
                        <w:i/>
                        <w:iCs/>
                        <w:color w:val="004442"/>
                        <w:sz w:val="18"/>
                        <w:szCs w:val="18"/>
                        <w:lang w:val="az-Latn-AZ"/>
                      </w:rPr>
                      <w:t>Title</w:t>
                    </w:r>
                    <w:proofErr w:type="spellEnd"/>
                    <w:r w:rsidRPr="00B05ED1">
                      <w:rPr>
                        <w:rFonts w:ascii="Times New Roman" w:hAnsi="Times New Roman" w:cs="Times New Roman"/>
                        <w:b/>
                        <w:bCs/>
                        <w:i/>
                        <w:iCs/>
                        <w:color w:val="004442"/>
                        <w:sz w:val="18"/>
                        <w:szCs w:val="18"/>
                        <w:lang w:val="az-Latn-AZ"/>
                      </w:rPr>
                      <w:t xml:space="preserve"> of </w:t>
                    </w:r>
                    <w:proofErr w:type="spellStart"/>
                    <w:r w:rsidRPr="00B05ED1">
                      <w:rPr>
                        <w:rFonts w:ascii="Times New Roman" w:hAnsi="Times New Roman" w:cs="Times New Roman"/>
                        <w:b/>
                        <w:bCs/>
                        <w:i/>
                        <w:iCs/>
                        <w:color w:val="004442"/>
                        <w:sz w:val="18"/>
                        <w:szCs w:val="18"/>
                        <w:lang w:val="az-Latn-AZ"/>
                      </w:rPr>
                      <w:t>the</w:t>
                    </w:r>
                    <w:proofErr w:type="spellEnd"/>
                    <w:r w:rsidRPr="00B05ED1">
                      <w:rPr>
                        <w:rFonts w:ascii="Times New Roman" w:hAnsi="Times New Roman" w:cs="Times New Roman"/>
                        <w:b/>
                        <w:bCs/>
                        <w:i/>
                        <w:iCs/>
                        <w:color w:val="004442"/>
                        <w:sz w:val="18"/>
                        <w:szCs w:val="18"/>
                        <w:lang w:val="az-Latn-AZ"/>
                      </w:rPr>
                      <w:t xml:space="preserve"> </w:t>
                    </w:r>
                    <w:proofErr w:type="spellStart"/>
                    <w:r w:rsidRPr="00B05ED1">
                      <w:rPr>
                        <w:rFonts w:ascii="Times New Roman" w:hAnsi="Times New Roman" w:cs="Times New Roman"/>
                        <w:b/>
                        <w:bCs/>
                        <w:i/>
                        <w:iCs/>
                        <w:color w:val="004442"/>
                        <w:sz w:val="18"/>
                        <w:szCs w:val="18"/>
                        <w:lang w:val="az-Latn-AZ"/>
                      </w:rPr>
                      <w:t>Paper</w:t>
                    </w:r>
                    <w:proofErr w:type="spellEnd"/>
                  </w:p>
                  <w:p w14:paraId="46A9587F" w14:textId="165B2085" w:rsidR="00020D41" w:rsidRPr="00926A2C" w:rsidRDefault="00020D41" w:rsidP="008206B3">
                    <w:pPr>
                      <w:jc w:val="center"/>
                      <w:rPr>
                        <w:rFonts w:ascii="Times New Roman" w:hAnsi="Times New Roman" w:cs="Times New Roman"/>
                        <w:i/>
                        <w:iCs/>
                        <w:color w:val="006666"/>
                        <w:sz w:val="24"/>
                        <w:szCs w:val="24"/>
                        <w:lang w:val="az-Latn-AZ"/>
                      </w:rPr>
                    </w:pPr>
                  </w:p>
                </w:txbxContent>
              </v:textbox>
            </v:rect>
          </w:pict>
        </mc:Fallback>
      </mc:AlternateContent>
    </w:r>
  </w:p>
  <w:p w14:paraId="193E6813" w14:textId="25A1BD5F" w:rsidR="008206B3" w:rsidRDefault="008206B3" w:rsidP="00020D41">
    <w:pPr>
      <w:pStyle w:val="a5"/>
      <w:pBdr>
        <w:bottom w:val="thinThickSmallGap" w:sz="24" w:space="1" w:color="006666"/>
      </w:pBdr>
      <w:rPr>
        <w:lang w:val="ru-RU"/>
      </w:rPr>
    </w:pPr>
  </w:p>
  <w:p w14:paraId="586CDAE6" w14:textId="77777777" w:rsidR="00020D41" w:rsidRPr="00020D41" w:rsidRDefault="00020D41">
    <w:pPr>
      <w:pStyle w:val="a5"/>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A286" w14:textId="2F0F7DCF" w:rsidR="00926A2C" w:rsidRDefault="00B814DD" w:rsidP="00926A2C">
    <w:pPr>
      <w:pStyle w:val="a5"/>
      <w:rPr>
        <w:lang w:val="ru-RU"/>
      </w:rPr>
    </w:pPr>
    <w:r>
      <w:rPr>
        <w:noProof/>
        <w:lang w:val="ru-RU"/>
      </w:rPr>
      <w:drawing>
        <wp:anchor distT="0" distB="0" distL="114300" distR="114300" simplePos="0" relativeHeight="251665408" behindDoc="1" locked="0" layoutInCell="1" allowOverlap="1" wp14:anchorId="5EB531B5" wp14:editId="5AAD9440">
          <wp:simplePos x="0" y="0"/>
          <wp:positionH relativeFrom="column">
            <wp:posOffset>3810</wp:posOffset>
          </wp:positionH>
          <wp:positionV relativeFrom="paragraph">
            <wp:posOffset>-216535</wp:posOffset>
          </wp:positionV>
          <wp:extent cx="1038225" cy="518795"/>
          <wp:effectExtent l="0" t="0" r="0" b="0"/>
          <wp:wrapNone/>
          <wp:docPr id="119144154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518795"/>
                  </a:xfrm>
                  <a:prstGeom prst="rect">
                    <a:avLst/>
                  </a:prstGeom>
                  <a:noFill/>
                </pic:spPr>
              </pic:pic>
            </a:graphicData>
          </a:graphic>
        </wp:anchor>
      </w:drawing>
    </w:r>
    <w:r w:rsidR="00BE04D4">
      <w:rPr>
        <w:noProof/>
      </w:rPr>
      <mc:AlternateContent>
        <mc:Choice Requires="wps">
          <w:drawing>
            <wp:anchor distT="0" distB="0" distL="114300" distR="114300" simplePos="0" relativeHeight="251664384" behindDoc="0" locked="0" layoutInCell="1" allowOverlap="1" wp14:anchorId="1370BE48" wp14:editId="0BA4852B">
              <wp:simplePos x="0" y="0"/>
              <wp:positionH relativeFrom="column">
                <wp:posOffset>1156335</wp:posOffset>
              </wp:positionH>
              <wp:positionV relativeFrom="paragraph">
                <wp:posOffset>-116840</wp:posOffset>
              </wp:positionV>
              <wp:extent cx="3219450" cy="419100"/>
              <wp:effectExtent l="0" t="0" r="0" b="0"/>
              <wp:wrapNone/>
              <wp:docPr id="1618555793" name="Прямоугольник 2"/>
              <wp:cNvGraphicFramePr/>
              <a:graphic xmlns:a="http://schemas.openxmlformats.org/drawingml/2006/main">
                <a:graphicData uri="http://schemas.microsoft.com/office/word/2010/wordprocessingShape">
                  <wps:wsp>
                    <wps:cNvSpPr/>
                    <wps:spPr>
                      <a:xfrm>
                        <a:off x="0" y="0"/>
                        <a:ext cx="3219450" cy="4191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2B23A95" w14:textId="2E82F2D5" w:rsidR="00926A2C" w:rsidRPr="00926A2C" w:rsidRDefault="00CC66F0" w:rsidP="00031BA6">
                          <w:pPr>
                            <w:spacing w:after="0" w:line="240" w:lineRule="auto"/>
                            <w:rPr>
                              <w:rFonts w:ascii="Times New Roman" w:hAnsi="Times New Roman" w:cs="Times New Roman"/>
                              <w:b/>
                              <w:bCs/>
                              <w:i/>
                              <w:iCs/>
                              <w:color w:val="004442"/>
                            </w:rPr>
                          </w:pPr>
                          <w:r>
                            <w:rPr>
                              <w:rFonts w:ascii="Times New Roman" w:hAnsi="Times New Roman" w:cs="Times New Roman"/>
                              <w:b/>
                              <w:bCs/>
                              <w:i/>
                              <w:iCs/>
                              <w:color w:val="004442"/>
                            </w:rPr>
                            <w:t>TEI</w:t>
                          </w:r>
                          <w:r w:rsidR="00834189">
                            <w:rPr>
                              <w:rFonts w:ascii="Times New Roman" w:hAnsi="Times New Roman" w:cs="Times New Roman"/>
                              <w:b/>
                              <w:bCs/>
                              <w:i/>
                              <w:iCs/>
                              <w:color w:val="004442"/>
                            </w:rPr>
                            <w:t>H</w:t>
                          </w:r>
                          <w:r>
                            <w:rPr>
                              <w:rFonts w:ascii="Times New Roman" w:hAnsi="Times New Roman" w:cs="Times New Roman"/>
                              <w:b/>
                              <w:bCs/>
                              <w:i/>
                              <w:iCs/>
                              <w:color w:val="004442"/>
                            </w:rPr>
                            <w:t xml:space="preserve"> </w:t>
                          </w:r>
                          <w:proofErr w:type="spellStart"/>
                          <w:r w:rsidR="00926A2C" w:rsidRPr="00926A2C">
                            <w:rPr>
                              <w:rFonts w:ascii="Times New Roman" w:hAnsi="Times New Roman" w:cs="Times New Roman"/>
                              <w:b/>
                              <w:bCs/>
                              <w:i/>
                              <w:iCs/>
                              <w:color w:val="004442"/>
                            </w:rPr>
                            <w:t>Vol.</w:t>
                          </w:r>
                          <w:r w:rsidR="00031BA6">
                            <w:rPr>
                              <w:rFonts w:ascii="Times New Roman" w:hAnsi="Times New Roman" w:cs="Times New Roman"/>
                              <w:b/>
                              <w:bCs/>
                              <w:i/>
                              <w:iCs/>
                              <w:color w:val="004442"/>
                            </w:rPr>
                            <w:t>XX</w:t>
                          </w:r>
                          <w:proofErr w:type="spellEnd"/>
                          <w:r w:rsidR="00926A2C" w:rsidRPr="00926A2C">
                            <w:rPr>
                              <w:rFonts w:ascii="Times New Roman" w:hAnsi="Times New Roman" w:cs="Times New Roman"/>
                              <w:b/>
                              <w:bCs/>
                              <w:i/>
                              <w:iCs/>
                              <w:color w:val="004442"/>
                            </w:rPr>
                            <w:t xml:space="preserve"> (</w:t>
                          </w:r>
                          <w:r w:rsidR="00031BA6">
                            <w:rPr>
                              <w:rFonts w:ascii="Times New Roman" w:hAnsi="Times New Roman" w:cs="Times New Roman"/>
                              <w:b/>
                              <w:bCs/>
                              <w:i/>
                              <w:iCs/>
                              <w:color w:val="004442"/>
                            </w:rPr>
                            <w:t>X</w:t>
                          </w:r>
                          <w:r w:rsidR="00926A2C" w:rsidRPr="00926A2C">
                            <w:rPr>
                              <w:rFonts w:ascii="Times New Roman" w:hAnsi="Times New Roman" w:cs="Times New Roman"/>
                              <w:b/>
                              <w:bCs/>
                              <w:i/>
                              <w:iCs/>
                              <w:color w:val="004442"/>
                            </w:rPr>
                            <w:t>) 202</w:t>
                          </w:r>
                          <w:r w:rsidR="00031BA6">
                            <w:rPr>
                              <w:rFonts w:ascii="Times New Roman" w:hAnsi="Times New Roman" w:cs="Times New Roman"/>
                              <w:b/>
                              <w:bCs/>
                              <w:i/>
                              <w:iCs/>
                              <w:color w:val="004442"/>
                            </w:rPr>
                            <w:t>X</w:t>
                          </w:r>
                        </w:p>
                        <w:p w14:paraId="7A7E2511" w14:textId="77777777" w:rsidR="00926A2C" w:rsidRPr="00926A2C" w:rsidRDefault="00926A2C" w:rsidP="00031BA6">
                          <w:pPr>
                            <w:spacing w:after="0" w:line="240" w:lineRule="auto"/>
                            <w:rPr>
                              <w:rFonts w:ascii="Times New Roman" w:hAnsi="Times New Roman" w:cs="Times New Roman"/>
                              <w:i/>
                              <w:iCs/>
                              <w:color w:val="005A58"/>
                              <w:sz w:val="16"/>
                              <w:szCs w:val="16"/>
                            </w:rPr>
                          </w:pPr>
                          <w:r w:rsidRPr="00926A2C">
                            <w:rPr>
                              <w:rFonts w:ascii="Times New Roman" w:hAnsi="Times New Roman" w:cs="Times New Roman"/>
                              <w:i/>
                              <w:iCs/>
                              <w:color w:val="005A58"/>
                              <w:sz w:val="16"/>
                              <w:szCs w:val="16"/>
                            </w:rPr>
                            <w:t xml:space="preserve"> Proceedings of Azerbaijan High Technical Educational Institutions</w:t>
                          </w:r>
                        </w:p>
                        <w:p w14:paraId="5460ED31" w14:textId="77777777" w:rsidR="00926A2C" w:rsidRPr="00020D41" w:rsidRDefault="00926A2C" w:rsidP="00926A2C">
                          <w:pPr>
                            <w:jc w:val="center"/>
                            <w:rPr>
                              <w:rFonts w:ascii="Times New Roman" w:hAnsi="Times New Roman" w:cs="Times New Roman"/>
                              <w:i/>
                              <w:iCs/>
                              <w:color w:val="00666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0BE48" id="_x0000_s1027" style="position:absolute;margin-left:91.05pt;margin-top:-9.2pt;width:253.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" fillcolor="white [3201]" stroked="f" strokeweight="2pt">
              <v:textbox>
                <w:txbxContent>
                  <w:p w14:paraId="32B23A95" w14:textId="2E82F2D5" w:rsidR="00926A2C" w:rsidRPr="00926A2C" w:rsidRDefault="00CC66F0" w:rsidP="00031BA6">
                    <w:pPr>
                      <w:spacing w:after="0" w:line="240" w:lineRule="auto"/>
                      <w:rPr>
                        <w:rFonts w:ascii="Times New Roman" w:hAnsi="Times New Roman" w:cs="Times New Roman"/>
                        <w:b/>
                        <w:bCs/>
                        <w:i/>
                        <w:iCs/>
                        <w:color w:val="004442"/>
                      </w:rPr>
                    </w:pPr>
                    <w:r>
                      <w:rPr>
                        <w:rFonts w:ascii="Times New Roman" w:hAnsi="Times New Roman" w:cs="Times New Roman"/>
                        <w:b/>
                        <w:bCs/>
                        <w:i/>
                        <w:iCs/>
                        <w:color w:val="004442"/>
                      </w:rPr>
                      <w:t>TEI</w:t>
                    </w:r>
                    <w:r w:rsidR="00834189">
                      <w:rPr>
                        <w:rFonts w:ascii="Times New Roman" w:hAnsi="Times New Roman" w:cs="Times New Roman"/>
                        <w:b/>
                        <w:bCs/>
                        <w:i/>
                        <w:iCs/>
                        <w:color w:val="004442"/>
                      </w:rPr>
                      <w:t>H</w:t>
                    </w:r>
                    <w:r>
                      <w:rPr>
                        <w:rFonts w:ascii="Times New Roman" w:hAnsi="Times New Roman" w:cs="Times New Roman"/>
                        <w:b/>
                        <w:bCs/>
                        <w:i/>
                        <w:iCs/>
                        <w:color w:val="004442"/>
                      </w:rPr>
                      <w:t xml:space="preserve"> </w:t>
                    </w:r>
                    <w:proofErr w:type="spellStart"/>
                    <w:r w:rsidR="00926A2C" w:rsidRPr="00926A2C">
                      <w:rPr>
                        <w:rFonts w:ascii="Times New Roman" w:hAnsi="Times New Roman" w:cs="Times New Roman"/>
                        <w:b/>
                        <w:bCs/>
                        <w:i/>
                        <w:iCs/>
                        <w:color w:val="004442"/>
                      </w:rPr>
                      <w:t>Vol.</w:t>
                    </w:r>
                    <w:r w:rsidR="00031BA6">
                      <w:rPr>
                        <w:rFonts w:ascii="Times New Roman" w:hAnsi="Times New Roman" w:cs="Times New Roman"/>
                        <w:b/>
                        <w:bCs/>
                        <w:i/>
                        <w:iCs/>
                        <w:color w:val="004442"/>
                      </w:rPr>
                      <w:t>XX</w:t>
                    </w:r>
                    <w:proofErr w:type="spellEnd"/>
                    <w:r w:rsidR="00926A2C" w:rsidRPr="00926A2C">
                      <w:rPr>
                        <w:rFonts w:ascii="Times New Roman" w:hAnsi="Times New Roman" w:cs="Times New Roman"/>
                        <w:b/>
                        <w:bCs/>
                        <w:i/>
                        <w:iCs/>
                        <w:color w:val="004442"/>
                      </w:rPr>
                      <w:t xml:space="preserve"> (</w:t>
                    </w:r>
                    <w:r w:rsidR="00031BA6">
                      <w:rPr>
                        <w:rFonts w:ascii="Times New Roman" w:hAnsi="Times New Roman" w:cs="Times New Roman"/>
                        <w:b/>
                        <w:bCs/>
                        <w:i/>
                        <w:iCs/>
                        <w:color w:val="004442"/>
                      </w:rPr>
                      <w:t>X</w:t>
                    </w:r>
                    <w:r w:rsidR="00926A2C" w:rsidRPr="00926A2C">
                      <w:rPr>
                        <w:rFonts w:ascii="Times New Roman" w:hAnsi="Times New Roman" w:cs="Times New Roman"/>
                        <w:b/>
                        <w:bCs/>
                        <w:i/>
                        <w:iCs/>
                        <w:color w:val="004442"/>
                      </w:rPr>
                      <w:t>) 202</w:t>
                    </w:r>
                    <w:r w:rsidR="00031BA6">
                      <w:rPr>
                        <w:rFonts w:ascii="Times New Roman" w:hAnsi="Times New Roman" w:cs="Times New Roman"/>
                        <w:b/>
                        <w:bCs/>
                        <w:i/>
                        <w:iCs/>
                        <w:color w:val="004442"/>
                      </w:rPr>
                      <w:t>X</w:t>
                    </w:r>
                  </w:p>
                  <w:p w14:paraId="7A7E2511" w14:textId="77777777" w:rsidR="00926A2C" w:rsidRPr="00926A2C" w:rsidRDefault="00926A2C" w:rsidP="00031BA6">
                    <w:pPr>
                      <w:spacing w:after="0" w:line="240" w:lineRule="auto"/>
                      <w:rPr>
                        <w:rFonts w:ascii="Times New Roman" w:hAnsi="Times New Roman" w:cs="Times New Roman"/>
                        <w:i/>
                        <w:iCs/>
                        <w:color w:val="005A58"/>
                        <w:sz w:val="16"/>
                        <w:szCs w:val="16"/>
                      </w:rPr>
                    </w:pPr>
                    <w:r w:rsidRPr="00926A2C">
                      <w:rPr>
                        <w:rFonts w:ascii="Times New Roman" w:hAnsi="Times New Roman" w:cs="Times New Roman"/>
                        <w:i/>
                        <w:iCs/>
                        <w:color w:val="005A58"/>
                        <w:sz w:val="16"/>
                        <w:szCs w:val="16"/>
                      </w:rPr>
                      <w:t xml:space="preserve"> Proceedings of Azerbaijan High Technical Educational Institutions</w:t>
                    </w:r>
                  </w:p>
                  <w:p w14:paraId="5460ED31" w14:textId="77777777" w:rsidR="00926A2C" w:rsidRPr="00020D41" w:rsidRDefault="00926A2C" w:rsidP="00926A2C">
                    <w:pPr>
                      <w:jc w:val="center"/>
                      <w:rPr>
                        <w:rFonts w:ascii="Times New Roman" w:hAnsi="Times New Roman" w:cs="Times New Roman"/>
                        <w:i/>
                        <w:iCs/>
                        <w:color w:val="006666"/>
                      </w:rPr>
                    </w:pPr>
                  </w:p>
                </w:txbxContent>
              </v:textbox>
            </v:rect>
          </w:pict>
        </mc:Fallback>
      </mc:AlternateContent>
    </w:r>
  </w:p>
  <w:p w14:paraId="4ADBB496" w14:textId="20CBF86B" w:rsidR="00926A2C" w:rsidRDefault="00926A2C" w:rsidP="00926A2C">
    <w:pPr>
      <w:pStyle w:val="a5"/>
      <w:pBdr>
        <w:bottom w:val="thinThickSmallGap" w:sz="24" w:space="1" w:color="006666"/>
      </w:pBdr>
      <w:rPr>
        <w:lang w:val="ru-RU"/>
      </w:rPr>
    </w:pPr>
  </w:p>
  <w:p w14:paraId="69ABCA63" w14:textId="77777777" w:rsidR="00926A2C" w:rsidRPr="00020D41" w:rsidRDefault="00926A2C" w:rsidP="00926A2C">
    <w:pPr>
      <w:pStyle w:val="a5"/>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7E210DB"/>
    <w:multiLevelType w:val="hybridMultilevel"/>
    <w:tmpl w:val="F0C2F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EA17C4"/>
    <w:multiLevelType w:val="hybridMultilevel"/>
    <w:tmpl w:val="C576D81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 w15:restartNumberingAfterBreak="0">
    <w:nsid w:val="0D262E71"/>
    <w:multiLevelType w:val="multilevel"/>
    <w:tmpl w:val="0D262E71"/>
    <w:lvl w:ilvl="0">
      <w:start w:val="1"/>
      <w:numFmt w:val="decimal"/>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2" w15:restartNumberingAfterBreak="0">
    <w:nsid w:val="26D027E0"/>
    <w:multiLevelType w:val="hybridMultilevel"/>
    <w:tmpl w:val="C1A21FE0"/>
    <w:lvl w:ilvl="0" w:tplc="4C2A7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C354AFD"/>
    <w:multiLevelType w:val="hybridMultilevel"/>
    <w:tmpl w:val="3BF6A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8329026">
    <w:abstractNumId w:val="8"/>
  </w:num>
  <w:num w:numId="2" w16cid:durableId="1462192399">
    <w:abstractNumId w:val="6"/>
  </w:num>
  <w:num w:numId="3" w16cid:durableId="51730940">
    <w:abstractNumId w:val="5"/>
  </w:num>
  <w:num w:numId="4" w16cid:durableId="722489615">
    <w:abstractNumId w:val="4"/>
  </w:num>
  <w:num w:numId="5" w16cid:durableId="1485005738">
    <w:abstractNumId w:val="7"/>
  </w:num>
  <w:num w:numId="6" w16cid:durableId="1910269666">
    <w:abstractNumId w:val="3"/>
  </w:num>
  <w:num w:numId="7" w16cid:durableId="473373352">
    <w:abstractNumId w:val="2"/>
  </w:num>
  <w:num w:numId="8" w16cid:durableId="1216552850">
    <w:abstractNumId w:val="1"/>
  </w:num>
  <w:num w:numId="9" w16cid:durableId="1132089685">
    <w:abstractNumId w:val="0"/>
  </w:num>
  <w:num w:numId="10" w16cid:durableId="233007855">
    <w:abstractNumId w:val="9"/>
  </w:num>
  <w:num w:numId="11" w16cid:durableId="1090195935">
    <w:abstractNumId w:val="12"/>
  </w:num>
  <w:num w:numId="12" w16cid:durableId="1276332212">
    <w:abstractNumId w:val="13"/>
  </w:num>
  <w:num w:numId="13" w16cid:durableId="1395469928">
    <w:abstractNumId w:val="11"/>
  </w:num>
  <w:num w:numId="14" w16cid:durableId="129283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2CF"/>
    <w:rsid w:val="00020D41"/>
    <w:rsid w:val="00023802"/>
    <w:rsid w:val="00031BA6"/>
    <w:rsid w:val="00033C9E"/>
    <w:rsid w:val="00034616"/>
    <w:rsid w:val="00043571"/>
    <w:rsid w:val="0004739D"/>
    <w:rsid w:val="00051CBB"/>
    <w:rsid w:val="00053180"/>
    <w:rsid w:val="0005481E"/>
    <w:rsid w:val="0006063C"/>
    <w:rsid w:val="000714B1"/>
    <w:rsid w:val="00094289"/>
    <w:rsid w:val="000B60C5"/>
    <w:rsid w:val="000B6CCB"/>
    <w:rsid w:val="000E0E0E"/>
    <w:rsid w:val="000F032D"/>
    <w:rsid w:val="000F161C"/>
    <w:rsid w:val="000F5D88"/>
    <w:rsid w:val="00103956"/>
    <w:rsid w:val="001207D6"/>
    <w:rsid w:val="001220A0"/>
    <w:rsid w:val="0015074B"/>
    <w:rsid w:val="00157592"/>
    <w:rsid w:val="0016369F"/>
    <w:rsid w:val="0016389D"/>
    <w:rsid w:val="001756B0"/>
    <w:rsid w:val="00175FB3"/>
    <w:rsid w:val="00185EE2"/>
    <w:rsid w:val="00187A5D"/>
    <w:rsid w:val="001A0F0B"/>
    <w:rsid w:val="001B5EFA"/>
    <w:rsid w:val="001D5D85"/>
    <w:rsid w:val="001E5F02"/>
    <w:rsid w:val="001F5C0A"/>
    <w:rsid w:val="00235A0D"/>
    <w:rsid w:val="00240895"/>
    <w:rsid w:val="00246BD0"/>
    <w:rsid w:val="0027054D"/>
    <w:rsid w:val="002820DB"/>
    <w:rsid w:val="0028285C"/>
    <w:rsid w:val="00282FDA"/>
    <w:rsid w:val="0029218D"/>
    <w:rsid w:val="0029639D"/>
    <w:rsid w:val="002A59DD"/>
    <w:rsid w:val="002E1378"/>
    <w:rsid w:val="00307793"/>
    <w:rsid w:val="003230D2"/>
    <w:rsid w:val="00326C3C"/>
    <w:rsid w:val="00326F90"/>
    <w:rsid w:val="003443DA"/>
    <w:rsid w:val="00356058"/>
    <w:rsid w:val="00364583"/>
    <w:rsid w:val="003666AD"/>
    <w:rsid w:val="00382E3A"/>
    <w:rsid w:val="00383048"/>
    <w:rsid w:val="003871CA"/>
    <w:rsid w:val="00394360"/>
    <w:rsid w:val="003A299A"/>
    <w:rsid w:val="003B6046"/>
    <w:rsid w:val="003C4526"/>
    <w:rsid w:val="003D4A8A"/>
    <w:rsid w:val="003D57AC"/>
    <w:rsid w:val="003F486B"/>
    <w:rsid w:val="00451C6B"/>
    <w:rsid w:val="004531CA"/>
    <w:rsid w:val="00453ED2"/>
    <w:rsid w:val="00465B5D"/>
    <w:rsid w:val="00493292"/>
    <w:rsid w:val="004A0006"/>
    <w:rsid w:val="004A5C9F"/>
    <w:rsid w:val="004B6881"/>
    <w:rsid w:val="004E28DD"/>
    <w:rsid w:val="004E3117"/>
    <w:rsid w:val="004F4108"/>
    <w:rsid w:val="00501FA6"/>
    <w:rsid w:val="005176E1"/>
    <w:rsid w:val="0053530E"/>
    <w:rsid w:val="00537A41"/>
    <w:rsid w:val="00543EFB"/>
    <w:rsid w:val="00552CD2"/>
    <w:rsid w:val="00562293"/>
    <w:rsid w:val="005945C1"/>
    <w:rsid w:val="005C4EE1"/>
    <w:rsid w:val="005F5DA4"/>
    <w:rsid w:val="00603A2F"/>
    <w:rsid w:val="0065037E"/>
    <w:rsid w:val="00666C88"/>
    <w:rsid w:val="006723C5"/>
    <w:rsid w:val="0068205B"/>
    <w:rsid w:val="00682226"/>
    <w:rsid w:val="006B70EB"/>
    <w:rsid w:val="006C41B1"/>
    <w:rsid w:val="006F4A32"/>
    <w:rsid w:val="00724E78"/>
    <w:rsid w:val="00731C1B"/>
    <w:rsid w:val="00742962"/>
    <w:rsid w:val="00751D5B"/>
    <w:rsid w:val="00761DBA"/>
    <w:rsid w:val="00776519"/>
    <w:rsid w:val="00776D6C"/>
    <w:rsid w:val="0078729B"/>
    <w:rsid w:val="00793A75"/>
    <w:rsid w:val="007B0423"/>
    <w:rsid w:val="007F0248"/>
    <w:rsid w:val="008206B3"/>
    <w:rsid w:val="00834189"/>
    <w:rsid w:val="008419FD"/>
    <w:rsid w:val="00852659"/>
    <w:rsid w:val="00863FF4"/>
    <w:rsid w:val="00866928"/>
    <w:rsid w:val="008A4F62"/>
    <w:rsid w:val="008D4B2B"/>
    <w:rsid w:val="008D5D5F"/>
    <w:rsid w:val="008E7C84"/>
    <w:rsid w:val="008F5852"/>
    <w:rsid w:val="00926A2C"/>
    <w:rsid w:val="00960E86"/>
    <w:rsid w:val="00990E2B"/>
    <w:rsid w:val="00995D0C"/>
    <w:rsid w:val="009C2EEB"/>
    <w:rsid w:val="009D3A0A"/>
    <w:rsid w:val="009F06D4"/>
    <w:rsid w:val="009F3FD4"/>
    <w:rsid w:val="00A1424B"/>
    <w:rsid w:val="00A32DE5"/>
    <w:rsid w:val="00A33F3B"/>
    <w:rsid w:val="00A37FB5"/>
    <w:rsid w:val="00A446D8"/>
    <w:rsid w:val="00A56897"/>
    <w:rsid w:val="00A61926"/>
    <w:rsid w:val="00A75B40"/>
    <w:rsid w:val="00A80DCC"/>
    <w:rsid w:val="00AA1D8D"/>
    <w:rsid w:val="00AA6C5E"/>
    <w:rsid w:val="00B0379E"/>
    <w:rsid w:val="00B05ED1"/>
    <w:rsid w:val="00B32B32"/>
    <w:rsid w:val="00B43032"/>
    <w:rsid w:val="00B47730"/>
    <w:rsid w:val="00B51FF5"/>
    <w:rsid w:val="00B66E68"/>
    <w:rsid w:val="00B72FDF"/>
    <w:rsid w:val="00B814DD"/>
    <w:rsid w:val="00B87BE1"/>
    <w:rsid w:val="00BA68CE"/>
    <w:rsid w:val="00BB2207"/>
    <w:rsid w:val="00BB435B"/>
    <w:rsid w:val="00BD3C6A"/>
    <w:rsid w:val="00BE04D4"/>
    <w:rsid w:val="00BE1180"/>
    <w:rsid w:val="00BE7194"/>
    <w:rsid w:val="00BF01B7"/>
    <w:rsid w:val="00C14E1B"/>
    <w:rsid w:val="00C36A93"/>
    <w:rsid w:val="00C512AE"/>
    <w:rsid w:val="00C73ACD"/>
    <w:rsid w:val="00C75EEF"/>
    <w:rsid w:val="00C82D86"/>
    <w:rsid w:val="00C95F4C"/>
    <w:rsid w:val="00CB0664"/>
    <w:rsid w:val="00CC66F0"/>
    <w:rsid w:val="00CD1F6A"/>
    <w:rsid w:val="00D06ACC"/>
    <w:rsid w:val="00D25585"/>
    <w:rsid w:val="00D44973"/>
    <w:rsid w:val="00D45454"/>
    <w:rsid w:val="00D5381C"/>
    <w:rsid w:val="00D70058"/>
    <w:rsid w:val="00DA28D7"/>
    <w:rsid w:val="00DA4D4A"/>
    <w:rsid w:val="00DD6CBE"/>
    <w:rsid w:val="00E15565"/>
    <w:rsid w:val="00E162D4"/>
    <w:rsid w:val="00E21D65"/>
    <w:rsid w:val="00E25E1D"/>
    <w:rsid w:val="00E2647D"/>
    <w:rsid w:val="00E27F3D"/>
    <w:rsid w:val="00E32F3F"/>
    <w:rsid w:val="00E522F8"/>
    <w:rsid w:val="00E54516"/>
    <w:rsid w:val="00E60F83"/>
    <w:rsid w:val="00E844A8"/>
    <w:rsid w:val="00E9158C"/>
    <w:rsid w:val="00EA2494"/>
    <w:rsid w:val="00EA542B"/>
    <w:rsid w:val="00EA7DEC"/>
    <w:rsid w:val="00EC2C77"/>
    <w:rsid w:val="00EC6DF7"/>
    <w:rsid w:val="00ED1E01"/>
    <w:rsid w:val="00ED2E73"/>
    <w:rsid w:val="00EE076A"/>
    <w:rsid w:val="00EE6165"/>
    <w:rsid w:val="00EF1218"/>
    <w:rsid w:val="00F135C2"/>
    <w:rsid w:val="00F20EC5"/>
    <w:rsid w:val="00F272D1"/>
    <w:rsid w:val="00F84494"/>
    <w:rsid w:val="00F925AE"/>
    <w:rsid w:val="00F94EDC"/>
    <w:rsid w:val="00FC693F"/>
    <w:rsid w:val="00FD4F84"/>
    <w:rsid w:val="00FD6E49"/>
    <w:rsid w:val="00FE5DCA"/>
    <w:rsid w:val="00FF5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89A3FF"/>
  <w14:defaultImageDpi w14:val="300"/>
  <w15:docId w15:val="{333975EB-3289-49D6-A488-6F9C6FFF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3C452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aff9">
    <w:name w:val="Hyperlink"/>
    <w:basedOn w:val="a2"/>
    <w:uiPriority w:val="99"/>
    <w:unhideWhenUsed/>
    <w:rsid w:val="005945C1"/>
    <w:rPr>
      <w:color w:val="0000FF" w:themeColor="hyperlink"/>
      <w:u w:val="single"/>
    </w:rPr>
  </w:style>
  <w:style w:type="character" w:customStyle="1" w:styleId="14">
    <w:name w:val="Неразрешенное упоминание1"/>
    <w:basedOn w:val="a2"/>
    <w:uiPriority w:val="99"/>
    <w:semiHidden/>
    <w:unhideWhenUsed/>
    <w:rsid w:val="005945C1"/>
    <w:rPr>
      <w:color w:val="605E5C"/>
      <w:shd w:val="clear" w:color="auto" w:fill="E1DFDD"/>
    </w:rPr>
  </w:style>
  <w:style w:type="paragraph" w:styleId="HTML">
    <w:name w:val="HTML Preformatted"/>
    <w:basedOn w:val="a1"/>
    <w:link w:val="HTML0"/>
    <w:uiPriority w:val="99"/>
    <w:unhideWhenUsed/>
    <w:rsid w:val="00761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0">
    <w:name w:val="Стандартный HTML Знак"/>
    <w:basedOn w:val="a2"/>
    <w:link w:val="HTML"/>
    <w:uiPriority w:val="99"/>
    <w:rsid w:val="00761DBA"/>
    <w:rPr>
      <w:rFonts w:ascii="Courier New" w:eastAsia="Times New Roman" w:hAnsi="Courier New" w:cs="Courier New"/>
      <w:sz w:val="20"/>
      <w:szCs w:val="20"/>
      <w:lang w:val="en-GB" w:eastAsia="en-GB"/>
    </w:rPr>
  </w:style>
  <w:style w:type="character" w:styleId="affa">
    <w:name w:val="FollowedHyperlink"/>
    <w:basedOn w:val="a2"/>
    <w:uiPriority w:val="99"/>
    <w:semiHidden/>
    <w:unhideWhenUsed/>
    <w:rsid w:val="00761DBA"/>
    <w:rPr>
      <w:color w:val="800080" w:themeColor="followedHyperlink"/>
      <w:u w:val="single"/>
    </w:rPr>
  </w:style>
  <w:style w:type="character" w:customStyle="1" w:styleId="katex-mathml">
    <w:name w:val="katex-mathml"/>
    <w:basedOn w:val="a2"/>
    <w:rsid w:val="00A75B40"/>
  </w:style>
  <w:style w:type="character" w:customStyle="1" w:styleId="mopen">
    <w:name w:val="mopen"/>
    <w:basedOn w:val="a2"/>
    <w:rsid w:val="00A75B40"/>
  </w:style>
  <w:style w:type="character" w:customStyle="1" w:styleId="mord">
    <w:name w:val="mord"/>
    <w:basedOn w:val="a2"/>
    <w:rsid w:val="00A75B40"/>
  </w:style>
  <w:style w:type="character" w:customStyle="1" w:styleId="mspace">
    <w:name w:val="mspace"/>
    <w:basedOn w:val="a2"/>
    <w:rsid w:val="00A75B40"/>
  </w:style>
  <w:style w:type="character" w:customStyle="1" w:styleId="mrel">
    <w:name w:val="mrel"/>
    <w:basedOn w:val="a2"/>
    <w:rsid w:val="00A75B40"/>
  </w:style>
  <w:style w:type="character" w:customStyle="1" w:styleId="mpunct">
    <w:name w:val="mpunct"/>
    <w:basedOn w:val="a2"/>
    <w:rsid w:val="00A75B40"/>
  </w:style>
  <w:style w:type="character" w:customStyle="1" w:styleId="mclose">
    <w:name w:val="mclose"/>
    <w:basedOn w:val="a2"/>
    <w:rsid w:val="00A75B40"/>
  </w:style>
  <w:style w:type="character" w:customStyle="1" w:styleId="mbin">
    <w:name w:val="mbin"/>
    <w:basedOn w:val="a2"/>
    <w:rsid w:val="001E5F02"/>
  </w:style>
  <w:style w:type="character" w:customStyle="1" w:styleId="vlist-s">
    <w:name w:val="vlist-s"/>
    <w:basedOn w:val="a2"/>
    <w:rsid w:val="001E5F02"/>
  </w:style>
  <w:style w:type="character" w:styleId="affb">
    <w:name w:val="Unresolved Mention"/>
    <w:basedOn w:val="a2"/>
    <w:uiPriority w:val="99"/>
    <w:semiHidden/>
    <w:unhideWhenUsed/>
    <w:rsid w:val="00926A2C"/>
    <w:rPr>
      <w:color w:val="605E5C"/>
      <w:shd w:val="clear" w:color="auto" w:fill="E1DFDD"/>
    </w:rPr>
  </w:style>
  <w:style w:type="paragraph" w:styleId="2c">
    <w:name w:val="Body Text Indent 2"/>
    <w:basedOn w:val="a1"/>
    <w:link w:val="2d"/>
    <w:uiPriority w:val="99"/>
    <w:semiHidden/>
    <w:unhideWhenUsed/>
    <w:rsid w:val="00031BA6"/>
    <w:pPr>
      <w:spacing w:after="120" w:line="480" w:lineRule="auto"/>
      <w:ind w:left="283"/>
    </w:pPr>
  </w:style>
  <w:style w:type="character" w:customStyle="1" w:styleId="2d">
    <w:name w:val="Основной текст с отступом 2 Знак"/>
    <w:basedOn w:val="a2"/>
    <w:link w:val="2c"/>
    <w:uiPriority w:val="99"/>
    <w:semiHidden/>
    <w:rsid w:val="00031BA6"/>
  </w:style>
  <w:style w:type="paragraph" w:styleId="affc">
    <w:name w:val="endnote text"/>
    <w:basedOn w:val="a1"/>
    <w:link w:val="affd"/>
    <w:uiPriority w:val="99"/>
    <w:semiHidden/>
    <w:rsid w:val="00031BA6"/>
    <w:pPr>
      <w:spacing w:before="240"/>
      <w:jc w:val="both"/>
    </w:pPr>
    <w:rPr>
      <w:rFonts w:ascii="Arial" w:eastAsia="Times New Roman" w:hAnsi="Arial" w:cs="Arial"/>
      <w:sz w:val="24"/>
      <w:szCs w:val="24"/>
      <w:lang w:val="en-GB" w:eastAsia="el-GR"/>
    </w:rPr>
  </w:style>
  <w:style w:type="character" w:customStyle="1" w:styleId="affd">
    <w:name w:val="Текст концевой сноски Знак"/>
    <w:basedOn w:val="a2"/>
    <w:link w:val="affc"/>
    <w:uiPriority w:val="99"/>
    <w:semiHidden/>
    <w:rsid w:val="00031BA6"/>
    <w:rPr>
      <w:rFonts w:ascii="Arial" w:eastAsia="Times New Roman" w:hAnsi="Arial" w:cs="Arial"/>
      <w:sz w:val="24"/>
      <w:szCs w:val="24"/>
      <w:lang w:val="en-GB"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5663">
      <w:bodyDiv w:val="1"/>
      <w:marLeft w:val="0"/>
      <w:marRight w:val="0"/>
      <w:marTop w:val="0"/>
      <w:marBottom w:val="0"/>
      <w:divBdr>
        <w:top w:val="none" w:sz="0" w:space="0" w:color="auto"/>
        <w:left w:val="none" w:sz="0" w:space="0" w:color="auto"/>
        <w:bottom w:val="none" w:sz="0" w:space="0" w:color="auto"/>
        <w:right w:val="none" w:sz="0" w:space="0" w:color="auto"/>
      </w:divBdr>
      <w:divsChild>
        <w:div w:id="1049720747">
          <w:marLeft w:val="0"/>
          <w:marRight w:val="0"/>
          <w:marTop w:val="0"/>
          <w:marBottom w:val="0"/>
          <w:divBdr>
            <w:top w:val="none" w:sz="0" w:space="0" w:color="auto"/>
            <w:left w:val="none" w:sz="0" w:space="0" w:color="auto"/>
            <w:bottom w:val="none" w:sz="0" w:space="0" w:color="auto"/>
            <w:right w:val="none" w:sz="0" w:space="0" w:color="auto"/>
          </w:divBdr>
          <w:divsChild>
            <w:div w:id="696196954">
              <w:marLeft w:val="0"/>
              <w:marRight w:val="0"/>
              <w:marTop w:val="0"/>
              <w:marBottom w:val="0"/>
              <w:divBdr>
                <w:top w:val="none" w:sz="0" w:space="0" w:color="auto"/>
                <w:left w:val="none" w:sz="0" w:space="0" w:color="auto"/>
                <w:bottom w:val="none" w:sz="0" w:space="0" w:color="auto"/>
                <w:right w:val="none" w:sz="0" w:space="0" w:color="auto"/>
              </w:divBdr>
              <w:divsChild>
                <w:div w:id="1650791693">
                  <w:marLeft w:val="0"/>
                  <w:marRight w:val="0"/>
                  <w:marTop w:val="0"/>
                  <w:marBottom w:val="0"/>
                  <w:divBdr>
                    <w:top w:val="none" w:sz="0" w:space="0" w:color="auto"/>
                    <w:left w:val="none" w:sz="0" w:space="0" w:color="auto"/>
                    <w:bottom w:val="none" w:sz="0" w:space="0" w:color="auto"/>
                    <w:right w:val="none" w:sz="0" w:space="0" w:color="auto"/>
                  </w:divBdr>
                  <w:divsChild>
                    <w:div w:id="1090540352">
                      <w:marLeft w:val="0"/>
                      <w:marRight w:val="0"/>
                      <w:marTop w:val="0"/>
                      <w:marBottom w:val="0"/>
                      <w:divBdr>
                        <w:top w:val="none" w:sz="0" w:space="0" w:color="auto"/>
                        <w:left w:val="none" w:sz="0" w:space="0" w:color="auto"/>
                        <w:bottom w:val="none" w:sz="0" w:space="0" w:color="auto"/>
                        <w:right w:val="none" w:sz="0" w:space="0" w:color="auto"/>
                      </w:divBdr>
                      <w:divsChild>
                        <w:div w:id="1488401076">
                          <w:marLeft w:val="0"/>
                          <w:marRight w:val="0"/>
                          <w:marTop w:val="0"/>
                          <w:marBottom w:val="0"/>
                          <w:divBdr>
                            <w:top w:val="none" w:sz="0" w:space="0" w:color="auto"/>
                            <w:left w:val="none" w:sz="0" w:space="0" w:color="auto"/>
                            <w:bottom w:val="none" w:sz="0" w:space="0" w:color="auto"/>
                            <w:right w:val="none" w:sz="0" w:space="0" w:color="auto"/>
                          </w:divBdr>
                          <w:divsChild>
                            <w:div w:id="1416852550">
                              <w:marLeft w:val="0"/>
                              <w:marRight w:val="0"/>
                              <w:marTop w:val="0"/>
                              <w:marBottom w:val="0"/>
                              <w:divBdr>
                                <w:top w:val="none" w:sz="0" w:space="0" w:color="auto"/>
                                <w:left w:val="none" w:sz="0" w:space="0" w:color="auto"/>
                                <w:bottom w:val="none" w:sz="0" w:space="0" w:color="auto"/>
                                <w:right w:val="none" w:sz="0" w:space="0" w:color="auto"/>
                              </w:divBdr>
                              <w:divsChild>
                                <w:div w:id="509220617">
                                  <w:marLeft w:val="0"/>
                                  <w:marRight w:val="0"/>
                                  <w:marTop w:val="0"/>
                                  <w:marBottom w:val="0"/>
                                  <w:divBdr>
                                    <w:top w:val="none" w:sz="0" w:space="0" w:color="auto"/>
                                    <w:left w:val="none" w:sz="0" w:space="0" w:color="auto"/>
                                    <w:bottom w:val="none" w:sz="0" w:space="0" w:color="auto"/>
                                    <w:right w:val="none" w:sz="0" w:space="0" w:color="auto"/>
                                  </w:divBdr>
                                  <w:divsChild>
                                    <w:div w:id="1938362093">
                                      <w:marLeft w:val="0"/>
                                      <w:marRight w:val="0"/>
                                      <w:marTop w:val="0"/>
                                      <w:marBottom w:val="0"/>
                                      <w:divBdr>
                                        <w:top w:val="none" w:sz="0" w:space="0" w:color="auto"/>
                                        <w:left w:val="none" w:sz="0" w:space="0" w:color="auto"/>
                                        <w:bottom w:val="none" w:sz="0" w:space="0" w:color="auto"/>
                                        <w:right w:val="none" w:sz="0" w:space="0" w:color="auto"/>
                                      </w:divBdr>
                                      <w:divsChild>
                                        <w:div w:id="1629779362">
                                          <w:marLeft w:val="0"/>
                                          <w:marRight w:val="0"/>
                                          <w:marTop w:val="0"/>
                                          <w:marBottom w:val="0"/>
                                          <w:divBdr>
                                            <w:top w:val="none" w:sz="0" w:space="0" w:color="auto"/>
                                            <w:left w:val="none" w:sz="0" w:space="0" w:color="auto"/>
                                            <w:bottom w:val="none" w:sz="0" w:space="0" w:color="auto"/>
                                            <w:right w:val="none" w:sz="0" w:space="0" w:color="auto"/>
                                          </w:divBdr>
                                          <w:divsChild>
                                            <w:div w:id="1958558873">
                                              <w:marLeft w:val="0"/>
                                              <w:marRight w:val="0"/>
                                              <w:marTop w:val="0"/>
                                              <w:marBottom w:val="0"/>
                                              <w:divBdr>
                                                <w:top w:val="none" w:sz="0" w:space="0" w:color="auto"/>
                                                <w:left w:val="none" w:sz="0" w:space="0" w:color="auto"/>
                                                <w:bottom w:val="none" w:sz="0" w:space="0" w:color="auto"/>
                                                <w:right w:val="none" w:sz="0" w:space="0" w:color="auto"/>
                                              </w:divBdr>
                                              <w:divsChild>
                                                <w:div w:id="177428612">
                                                  <w:marLeft w:val="0"/>
                                                  <w:marRight w:val="0"/>
                                                  <w:marTop w:val="0"/>
                                                  <w:marBottom w:val="0"/>
                                                  <w:divBdr>
                                                    <w:top w:val="none" w:sz="0" w:space="0" w:color="auto"/>
                                                    <w:left w:val="none" w:sz="0" w:space="0" w:color="auto"/>
                                                    <w:bottom w:val="none" w:sz="0" w:space="0" w:color="auto"/>
                                                    <w:right w:val="none" w:sz="0" w:space="0" w:color="auto"/>
                                                  </w:divBdr>
                                                  <w:divsChild>
                                                    <w:div w:id="204952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593700">
      <w:bodyDiv w:val="1"/>
      <w:marLeft w:val="0"/>
      <w:marRight w:val="0"/>
      <w:marTop w:val="0"/>
      <w:marBottom w:val="0"/>
      <w:divBdr>
        <w:top w:val="none" w:sz="0" w:space="0" w:color="auto"/>
        <w:left w:val="none" w:sz="0" w:space="0" w:color="auto"/>
        <w:bottom w:val="none" w:sz="0" w:space="0" w:color="auto"/>
        <w:right w:val="none" w:sz="0" w:space="0" w:color="auto"/>
      </w:divBdr>
    </w:div>
    <w:div w:id="215820580">
      <w:bodyDiv w:val="1"/>
      <w:marLeft w:val="0"/>
      <w:marRight w:val="0"/>
      <w:marTop w:val="0"/>
      <w:marBottom w:val="0"/>
      <w:divBdr>
        <w:top w:val="none" w:sz="0" w:space="0" w:color="auto"/>
        <w:left w:val="none" w:sz="0" w:space="0" w:color="auto"/>
        <w:bottom w:val="none" w:sz="0" w:space="0" w:color="auto"/>
        <w:right w:val="none" w:sz="0" w:space="0" w:color="auto"/>
      </w:divBdr>
    </w:div>
    <w:div w:id="240716748">
      <w:bodyDiv w:val="1"/>
      <w:marLeft w:val="0"/>
      <w:marRight w:val="0"/>
      <w:marTop w:val="0"/>
      <w:marBottom w:val="0"/>
      <w:divBdr>
        <w:top w:val="none" w:sz="0" w:space="0" w:color="auto"/>
        <w:left w:val="none" w:sz="0" w:space="0" w:color="auto"/>
        <w:bottom w:val="none" w:sz="0" w:space="0" w:color="auto"/>
        <w:right w:val="none" w:sz="0" w:space="0" w:color="auto"/>
      </w:divBdr>
      <w:divsChild>
        <w:div w:id="1086414802">
          <w:marLeft w:val="0"/>
          <w:marRight w:val="0"/>
          <w:marTop w:val="0"/>
          <w:marBottom w:val="0"/>
          <w:divBdr>
            <w:top w:val="none" w:sz="0" w:space="0" w:color="auto"/>
            <w:left w:val="none" w:sz="0" w:space="0" w:color="auto"/>
            <w:bottom w:val="none" w:sz="0" w:space="0" w:color="auto"/>
            <w:right w:val="none" w:sz="0" w:space="0" w:color="auto"/>
          </w:divBdr>
          <w:divsChild>
            <w:div w:id="259803503">
              <w:marLeft w:val="0"/>
              <w:marRight w:val="0"/>
              <w:marTop w:val="0"/>
              <w:marBottom w:val="0"/>
              <w:divBdr>
                <w:top w:val="none" w:sz="0" w:space="0" w:color="auto"/>
                <w:left w:val="none" w:sz="0" w:space="0" w:color="auto"/>
                <w:bottom w:val="none" w:sz="0" w:space="0" w:color="auto"/>
                <w:right w:val="none" w:sz="0" w:space="0" w:color="auto"/>
              </w:divBdr>
              <w:divsChild>
                <w:div w:id="835919551">
                  <w:marLeft w:val="0"/>
                  <w:marRight w:val="0"/>
                  <w:marTop w:val="0"/>
                  <w:marBottom w:val="0"/>
                  <w:divBdr>
                    <w:top w:val="none" w:sz="0" w:space="0" w:color="auto"/>
                    <w:left w:val="none" w:sz="0" w:space="0" w:color="auto"/>
                    <w:bottom w:val="none" w:sz="0" w:space="0" w:color="auto"/>
                    <w:right w:val="none" w:sz="0" w:space="0" w:color="auto"/>
                  </w:divBdr>
                  <w:divsChild>
                    <w:div w:id="781148705">
                      <w:marLeft w:val="0"/>
                      <w:marRight w:val="0"/>
                      <w:marTop w:val="0"/>
                      <w:marBottom w:val="0"/>
                      <w:divBdr>
                        <w:top w:val="none" w:sz="0" w:space="0" w:color="auto"/>
                        <w:left w:val="none" w:sz="0" w:space="0" w:color="auto"/>
                        <w:bottom w:val="none" w:sz="0" w:space="0" w:color="auto"/>
                        <w:right w:val="none" w:sz="0" w:space="0" w:color="auto"/>
                      </w:divBdr>
                      <w:divsChild>
                        <w:div w:id="930240706">
                          <w:marLeft w:val="0"/>
                          <w:marRight w:val="0"/>
                          <w:marTop w:val="0"/>
                          <w:marBottom w:val="0"/>
                          <w:divBdr>
                            <w:top w:val="none" w:sz="0" w:space="0" w:color="auto"/>
                            <w:left w:val="none" w:sz="0" w:space="0" w:color="auto"/>
                            <w:bottom w:val="none" w:sz="0" w:space="0" w:color="auto"/>
                            <w:right w:val="none" w:sz="0" w:space="0" w:color="auto"/>
                          </w:divBdr>
                          <w:divsChild>
                            <w:div w:id="2074548304">
                              <w:marLeft w:val="0"/>
                              <w:marRight w:val="0"/>
                              <w:marTop w:val="0"/>
                              <w:marBottom w:val="0"/>
                              <w:divBdr>
                                <w:top w:val="none" w:sz="0" w:space="0" w:color="auto"/>
                                <w:left w:val="none" w:sz="0" w:space="0" w:color="auto"/>
                                <w:bottom w:val="none" w:sz="0" w:space="0" w:color="auto"/>
                                <w:right w:val="none" w:sz="0" w:space="0" w:color="auto"/>
                              </w:divBdr>
                              <w:divsChild>
                                <w:div w:id="977883051">
                                  <w:marLeft w:val="0"/>
                                  <w:marRight w:val="0"/>
                                  <w:marTop w:val="0"/>
                                  <w:marBottom w:val="0"/>
                                  <w:divBdr>
                                    <w:top w:val="none" w:sz="0" w:space="0" w:color="auto"/>
                                    <w:left w:val="none" w:sz="0" w:space="0" w:color="auto"/>
                                    <w:bottom w:val="none" w:sz="0" w:space="0" w:color="auto"/>
                                    <w:right w:val="none" w:sz="0" w:space="0" w:color="auto"/>
                                  </w:divBdr>
                                  <w:divsChild>
                                    <w:div w:id="1572615730">
                                      <w:marLeft w:val="0"/>
                                      <w:marRight w:val="0"/>
                                      <w:marTop w:val="0"/>
                                      <w:marBottom w:val="0"/>
                                      <w:divBdr>
                                        <w:top w:val="none" w:sz="0" w:space="0" w:color="auto"/>
                                        <w:left w:val="none" w:sz="0" w:space="0" w:color="auto"/>
                                        <w:bottom w:val="none" w:sz="0" w:space="0" w:color="auto"/>
                                        <w:right w:val="none" w:sz="0" w:space="0" w:color="auto"/>
                                      </w:divBdr>
                                      <w:divsChild>
                                        <w:div w:id="1209298007">
                                          <w:marLeft w:val="0"/>
                                          <w:marRight w:val="0"/>
                                          <w:marTop w:val="0"/>
                                          <w:marBottom w:val="0"/>
                                          <w:divBdr>
                                            <w:top w:val="none" w:sz="0" w:space="0" w:color="auto"/>
                                            <w:left w:val="none" w:sz="0" w:space="0" w:color="auto"/>
                                            <w:bottom w:val="none" w:sz="0" w:space="0" w:color="auto"/>
                                            <w:right w:val="none" w:sz="0" w:space="0" w:color="auto"/>
                                          </w:divBdr>
                                          <w:divsChild>
                                            <w:div w:id="120728257">
                                              <w:marLeft w:val="0"/>
                                              <w:marRight w:val="0"/>
                                              <w:marTop w:val="0"/>
                                              <w:marBottom w:val="0"/>
                                              <w:divBdr>
                                                <w:top w:val="none" w:sz="0" w:space="0" w:color="auto"/>
                                                <w:left w:val="none" w:sz="0" w:space="0" w:color="auto"/>
                                                <w:bottom w:val="none" w:sz="0" w:space="0" w:color="auto"/>
                                                <w:right w:val="none" w:sz="0" w:space="0" w:color="auto"/>
                                              </w:divBdr>
                                              <w:divsChild>
                                                <w:div w:id="1434741831">
                                                  <w:marLeft w:val="0"/>
                                                  <w:marRight w:val="0"/>
                                                  <w:marTop w:val="0"/>
                                                  <w:marBottom w:val="0"/>
                                                  <w:divBdr>
                                                    <w:top w:val="none" w:sz="0" w:space="0" w:color="auto"/>
                                                    <w:left w:val="none" w:sz="0" w:space="0" w:color="auto"/>
                                                    <w:bottom w:val="none" w:sz="0" w:space="0" w:color="auto"/>
                                                    <w:right w:val="none" w:sz="0" w:space="0" w:color="auto"/>
                                                  </w:divBdr>
                                                  <w:divsChild>
                                                    <w:div w:id="154417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9992580">
      <w:bodyDiv w:val="1"/>
      <w:marLeft w:val="0"/>
      <w:marRight w:val="0"/>
      <w:marTop w:val="0"/>
      <w:marBottom w:val="0"/>
      <w:divBdr>
        <w:top w:val="none" w:sz="0" w:space="0" w:color="auto"/>
        <w:left w:val="none" w:sz="0" w:space="0" w:color="auto"/>
        <w:bottom w:val="none" w:sz="0" w:space="0" w:color="auto"/>
        <w:right w:val="none" w:sz="0" w:space="0" w:color="auto"/>
      </w:divBdr>
    </w:div>
    <w:div w:id="374625814">
      <w:bodyDiv w:val="1"/>
      <w:marLeft w:val="0"/>
      <w:marRight w:val="0"/>
      <w:marTop w:val="0"/>
      <w:marBottom w:val="0"/>
      <w:divBdr>
        <w:top w:val="none" w:sz="0" w:space="0" w:color="auto"/>
        <w:left w:val="none" w:sz="0" w:space="0" w:color="auto"/>
        <w:bottom w:val="none" w:sz="0" w:space="0" w:color="auto"/>
        <w:right w:val="none" w:sz="0" w:space="0" w:color="auto"/>
      </w:divBdr>
    </w:div>
    <w:div w:id="468934229">
      <w:bodyDiv w:val="1"/>
      <w:marLeft w:val="0"/>
      <w:marRight w:val="0"/>
      <w:marTop w:val="0"/>
      <w:marBottom w:val="0"/>
      <w:divBdr>
        <w:top w:val="none" w:sz="0" w:space="0" w:color="auto"/>
        <w:left w:val="none" w:sz="0" w:space="0" w:color="auto"/>
        <w:bottom w:val="none" w:sz="0" w:space="0" w:color="auto"/>
        <w:right w:val="none" w:sz="0" w:space="0" w:color="auto"/>
      </w:divBdr>
    </w:div>
    <w:div w:id="629894539">
      <w:bodyDiv w:val="1"/>
      <w:marLeft w:val="0"/>
      <w:marRight w:val="0"/>
      <w:marTop w:val="0"/>
      <w:marBottom w:val="0"/>
      <w:divBdr>
        <w:top w:val="none" w:sz="0" w:space="0" w:color="auto"/>
        <w:left w:val="none" w:sz="0" w:space="0" w:color="auto"/>
        <w:bottom w:val="none" w:sz="0" w:space="0" w:color="auto"/>
        <w:right w:val="none" w:sz="0" w:space="0" w:color="auto"/>
      </w:divBdr>
    </w:div>
    <w:div w:id="1015378403">
      <w:bodyDiv w:val="1"/>
      <w:marLeft w:val="0"/>
      <w:marRight w:val="0"/>
      <w:marTop w:val="0"/>
      <w:marBottom w:val="0"/>
      <w:divBdr>
        <w:top w:val="none" w:sz="0" w:space="0" w:color="auto"/>
        <w:left w:val="none" w:sz="0" w:space="0" w:color="auto"/>
        <w:bottom w:val="none" w:sz="0" w:space="0" w:color="auto"/>
        <w:right w:val="none" w:sz="0" w:space="0" w:color="auto"/>
      </w:divBdr>
    </w:div>
    <w:div w:id="1071929259">
      <w:bodyDiv w:val="1"/>
      <w:marLeft w:val="0"/>
      <w:marRight w:val="0"/>
      <w:marTop w:val="0"/>
      <w:marBottom w:val="0"/>
      <w:divBdr>
        <w:top w:val="none" w:sz="0" w:space="0" w:color="auto"/>
        <w:left w:val="none" w:sz="0" w:space="0" w:color="auto"/>
        <w:bottom w:val="none" w:sz="0" w:space="0" w:color="auto"/>
        <w:right w:val="none" w:sz="0" w:space="0" w:color="auto"/>
      </w:divBdr>
    </w:div>
    <w:div w:id="1082336767">
      <w:bodyDiv w:val="1"/>
      <w:marLeft w:val="0"/>
      <w:marRight w:val="0"/>
      <w:marTop w:val="0"/>
      <w:marBottom w:val="0"/>
      <w:divBdr>
        <w:top w:val="none" w:sz="0" w:space="0" w:color="auto"/>
        <w:left w:val="none" w:sz="0" w:space="0" w:color="auto"/>
        <w:bottom w:val="none" w:sz="0" w:space="0" w:color="auto"/>
        <w:right w:val="none" w:sz="0" w:space="0" w:color="auto"/>
      </w:divBdr>
    </w:div>
    <w:div w:id="1378242640">
      <w:bodyDiv w:val="1"/>
      <w:marLeft w:val="0"/>
      <w:marRight w:val="0"/>
      <w:marTop w:val="0"/>
      <w:marBottom w:val="0"/>
      <w:divBdr>
        <w:top w:val="none" w:sz="0" w:space="0" w:color="auto"/>
        <w:left w:val="none" w:sz="0" w:space="0" w:color="auto"/>
        <w:bottom w:val="none" w:sz="0" w:space="0" w:color="auto"/>
        <w:right w:val="none" w:sz="0" w:space="0" w:color="auto"/>
      </w:divBdr>
    </w:div>
    <w:div w:id="1386296322">
      <w:bodyDiv w:val="1"/>
      <w:marLeft w:val="0"/>
      <w:marRight w:val="0"/>
      <w:marTop w:val="0"/>
      <w:marBottom w:val="0"/>
      <w:divBdr>
        <w:top w:val="none" w:sz="0" w:space="0" w:color="auto"/>
        <w:left w:val="none" w:sz="0" w:space="0" w:color="auto"/>
        <w:bottom w:val="none" w:sz="0" w:space="0" w:color="auto"/>
        <w:right w:val="none" w:sz="0" w:space="0" w:color="auto"/>
      </w:divBdr>
    </w:div>
    <w:div w:id="1512377896">
      <w:bodyDiv w:val="1"/>
      <w:marLeft w:val="0"/>
      <w:marRight w:val="0"/>
      <w:marTop w:val="0"/>
      <w:marBottom w:val="0"/>
      <w:divBdr>
        <w:top w:val="none" w:sz="0" w:space="0" w:color="auto"/>
        <w:left w:val="none" w:sz="0" w:space="0" w:color="auto"/>
        <w:bottom w:val="none" w:sz="0" w:space="0" w:color="auto"/>
        <w:right w:val="none" w:sz="0" w:space="0" w:color="auto"/>
      </w:divBdr>
    </w:div>
    <w:div w:id="1829201364">
      <w:bodyDiv w:val="1"/>
      <w:marLeft w:val="0"/>
      <w:marRight w:val="0"/>
      <w:marTop w:val="0"/>
      <w:marBottom w:val="0"/>
      <w:divBdr>
        <w:top w:val="none" w:sz="0" w:space="0" w:color="auto"/>
        <w:left w:val="none" w:sz="0" w:space="0" w:color="auto"/>
        <w:bottom w:val="none" w:sz="0" w:space="0" w:color="auto"/>
        <w:right w:val="none" w:sz="0" w:space="0" w:color="auto"/>
      </w:divBdr>
      <w:divsChild>
        <w:div w:id="2033988431">
          <w:marLeft w:val="0"/>
          <w:marRight w:val="0"/>
          <w:marTop w:val="0"/>
          <w:marBottom w:val="0"/>
          <w:divBdr>
            <w:top w:val="none" w:sz="0" w:space="0" w:color="auto"/>
            <w:left w:val="none" w:sz="0" w:space="0" w:color="auto"/>
            <w:bottom w:val="none" w:sz="0" w:space="0" w:color="auto"/>
            <w:right w:val="none" w:sz="0" w:space="0" w:color="auto"/>
          </w:divBdr>
          <w:divsChild>
            <w:div w:id="1355569665">
              <w:marLeft w:val="0"/>
              <w:marRight w:val="0"/>
              <w:marTop w:val="0"/>
              <w:marBottom w:val="0"/>
              <w:divBdr>
                <w:top w:val="none" w:sz="0" w:space="0" w:color="auto"/>
                <w:left w:val="none" w:sz="0" w:space="0" w:color="auto"/>
                <w:bottom w:val="none" w:sz="0" w:space="0" w:color="auto"/>
                <w:right w:val="none" w:sz="0" w:space="0" w:color="auto"/>
              </w:divBdr>
              <w:divsChild>
                <w:div w:id="57022237">
                  <w:marLeft w:val="0"/>
                  <w:marRight w:val="0"/>
                  <w:marTop w:val="0"/>
                  <w:marBottom w:val="0"/>
                  <w:divBdr>
                    <w:top w:val="none" w:sz="0" w:space="0" w:color="auto"/>
                    <w:left w:val="none" w:sz="0" w:space="0" w:color="auto"/>
                    <w:bottom w:val="none" w:sz="0" w:space="0" w:color="auto"/>
                    <w:right w:val="none" w:sz="0" w:space="0" w:color="auto"/>
                  </w:divBdr>
                  <w:divsChild>
                    <w:div w:id="277881141">
                      <w:marLeft w:val="0"/>
                      <w:marRight w:val="0"/>
                      <w:marTop w:val="0"/>
                      <w:marBottom w:val="0"/>
                      <w:divBdr>
                        <w:top w:val="none" w:sz="0" w:space="0" w:color="auto"/>
                        <w:left w:val="none" w:sz="0" w:space="0" w:color="auto"/>
                        <w:bottom w:val="none" w:sz="0" w:space="0" w:color="auto"/>
                        <w:right w:val="none" w:sz="0" w:space="0" w:color="auto"/>
                      </w:divBdr>
                      <w:divsChild>
                        <w:div w:id="1857235778">
                          <w:marLeft w:val="0"/>
                          <w:marRight w:val="0"/>
                          <w:marTop w:val="0"/>
                          <w:marBottom w:val="0"/>
                          <w:divBdr>
                            <w:top w:val="none" w:sz="0" w:space="0" w:color="auto"/>
                            <w:left w:val="none" w:sz="0" w:space="0" w:color="auto"/>
                            <w:bottom w:val="none" w:sz="0" w:space="0" w:color="auto"/>
                            <w:right w:val="none" w:sz="0" w:space="0" w:color="auto"/>
                          </w:divBdr>
                          <w:divsChild>
                            <w:div w:id="457377291">
                              <w:marLeft w:val="0"/>
                              <w:marRight w:val="0"/>
                              <w:marTop w:val="0"/>
                              <w:marBottom w:val="0"/>
                              <w:divBdr>
                                <w:top w:val="none" w:sz="0" w:space="0" w:color="auto"/>
                                <w:left w:val="none" w:sz="0" w:space="0" w:color="auto"/>
                                <w:bottom w:val="none" w:sz="0" w:space="0" w:color="auto"/>
                                <w:right w:val="none" w:sz="0" w:space="0" w:color="auto"/>
                              </w:divBdr>
                              <w:divsChild>
                                <w:div w:id="790394015">
                                  <w:marLeft w:val="0"/>
                                  <w:marRight w:val="0"/>
                                  <w:marTop w:val="0"/>
                                  <w:marBottom w:val="0"/>
                                  <w:divBdr>
                                    <w:top w:val="none" w:sz="0" w:space="0" w:color="auto"/>
                                    <w:left w:val="none" w:sz="0" w:space="0" w:color="auto"/>
                                    <w:bottom w:val="none" w:sz="0" w:space="0" w:color="auto"/>
                                    <w:right w:val="none" w:sz="0" w:space="0" w:color="auto"/>
                                  </w:divBdr>
                                  <w:divsChild>
                                    <w:div w:id="775832412">
                                      <w:marLeft w:val="0"/>
                                      <w:marRight w:val="0"/>
                                      <w:marTop w:val="0"/>
                                      <w:marBottom w:val="0"/>
                                      <w:divBdr>
                                        <w:top w:val="none" w:sz="0" w:space="0" w:color="auto"/>
                                        <w:left w:val="none" w:sz="0" w:space="0" w:color="auto"/>
                                        <w:bottom w:val="none" w:sz="0" w:space="0" w:color="auto"/>
                                        <w:right w:val="none" w:sz="0" w:space="0" w:color="auto"/>
                                      </w:divBdr>
                                      <w:divsChild>
                                        <w:div w:id="205872412">
                                          <w:marLeft w:val="0"/>
                                          <w:marRight w:val="0"/>
                                          <w:marTop w:val="0"/>
                                          <w:marBottom w:val="0"/>
                                          <w:divBdr>
                                            <w:top w:val="none" w:sz="0" w:space="0" w:color="auto"/>
                                            <w:left w:val="none" w:sz="0" w:space="0" w:color="auto"/>
                                            <w:bottom w:val="none" w:sz="0" w:space="0" w:color="auto"/>
                                            <w:right w:val="none" w:sz="0" w:space="0" w:color="auto"/>
                                          </w:divBdr>
                                          <w:divsChild>
                                            <w:div w:id="1251234068">
                                              <w:marLeft w:val="0"/>
                                              <w:marRight w:val="0"/>
                                              <w:marTop w:val="0"/>
                                              <w:marBottom w:val="0"/>
                                              <w:divBdr>
                                                <w:top w:val="none" w:sz="0" w:space="0" w:color="auto"/>
                                                <w:left w:val="none" w:sz="0" w:space="0" w:color="auto"/>
                                                <w:bottom w:val="none" w:sz="0" w:space="0" w:color="auto"/>
                                                <w:right w:val="none" w:sz="0" w:space="0" w:color="auto"/>
                                              </w:divBdr>
                                              <w:divsChild>
                                                <w:div w:id="397482845">
                                                  <w:marLeft w:val="0"/>
                                                  <w:marRight w:val="0"/>
                                                  <w:marTop w:val="0"/>
                                                  <w:marBottom w:val="0"/>
                                                  <w:divBdr>
                                                    <w:top w:val="none" w:sz="0" w:space="0" w:color="auto"/>
                                                    <w:left w:val="none" w:sz="0" w:space="0" w:color="auto"/>
                                                    <w:bottom w:val="none" w:sz="0" w:space="0" w:color="auto"/>
                                                    <w:right w:val="none" w:sz="0" w:space="0" w:color="auto"/>
                                                  </w:divBdr>
                                                  <w:divsChild>
                                                    <w:div w:id="97106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3006653">
      <w:bodyDiv w:val="1"/>
      <w:marLeft w:val="0"/>
      <w:marRight w:val="0"/>
      <w:marTop w:val="0"/>
      <w:marBottom w:val="0"/>
      <w:divBdr>
        <w:top w:val="none" w:sz="0" w:space="0" w:color="auto"/>
        <w:left w:val="none" w:sz="0" w:space="0" w:color="auto"/>
        <w:bottom w:val="none" w:sz="0" w:space="0" w:color="auto"/>
        <w:right w:val="none" w:sz="0" w:space="0" w:color="auto"/>
      </w:divBdr>
    </w:div>
    <w:div w:id="2031907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D:\AZIi\JURNAL\sayt\Kamran\www.wseas.org\multimedia\contributor-role-instru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redit.niso.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creativecommons.org/licenses/by/4.0/deed.en_U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1F493-C6CC-4ED2-BB8B-96AABC302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881</Words>
  <Characters>5026</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Gülnarə Məmmədova Vaqif</cp:lastModifiedBy>
  <cp:revision>6</cp:revision>
  <cp:lastPrinted>2026-06-01T13:59:00Z</cp:lastPrinted>
  <dcterms:created xsi:type="dcterms:W3CDTF">2026-08-27T10:10:00Z</dcterms:created>
  <dcterms:modified xsi:type="dcterms:W3CDTF">2026-08-28T08:04:00Z</dcterms:modified>
  <cp:category/>
</cp:coreProperties>
</file>